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FC3C1" w14:textId="345B8871" w:rsidR="002E6A43" w:rsidRDefault="00000000" w:rsidP="00AF0B9C">
      <w:pPr>
        <w:spacing w:after="80"/>
        <w:jc w:val="center"/>
      </w:pPr>
      <w:r>
        <w:rPr>
          <w:rFonts w:ascii="Arial" w:hAnsi="Arial"/>
          <w:b/>
          <w:color w:val="1A365D"/>
          <w:sz w:val="28"/>
        </w:rPr>
        <w:t>WYMAGANIA EDUKACYJNE – INFORMATYKA KLASA 7</w:t>
      </w:r>
    </w:p>
    <w:tbl>
      <w:tblPr>
        <w:tblW w:w="0" w:type="auto"/>
        <w:jc w:val="center"/>
        <w:tblBorders>
          <w:top w:val="single" w:sz="4" w:space="0" w:color="E2E8F0"/>
          <w:bottom w:val="single" w:sz="6" w:space="0" w:color="1A365D"/>
          <w:insideH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742"/>
        <w:gridCol w:w="1742"/>
        <w:gridCol w:w="1742"/>
        <w:gridCol w:w="1742"/>
        <w:gridCol w:w="1742"/>
      </w:tblGrid>
      <w:tr w:rsidR="002E6A43" w14:paraId="74B2E218" w14:textId="77777777">
        <w:trPr>
          <w:jc w:val="center"/>
        </w:trPr>
        <w:tc>
          <w:tcPr>
            <w:tcW w:w="1440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8E59FE0" w14:textId="454570A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1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332946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2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Dopuszczająca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(Pamiętanie)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C30E31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Dostateczna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(Rozumienie)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042446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4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(Stosowanie)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F06D4A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5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Bardzo 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(Analiza/Ocena)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9DA440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Celująca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(Tworzenie)</w:t>
            </w:r>
          </w:p>
        </w:tc>
      </w:tr>
      <w:tr w:rsidR="002E6A43" w14:paraId="4AC13A39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B16E" w14:textId="77777777" w:rsidR="002E6A43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i/>
                <w:color w:val="2D3748"/>
                <w:sz w:val="15"/>
              </w:rPr>
              <w:t>Uczeń nie spełnia kryteriów na ocenę dopuszczającą.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B72FF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Wymienia sposoby reprezentowania danych w komputerze i zasady BHP.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776A8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pojęcia systemu binarnego, sieci komputerowej i chmury obliczeniowej.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FD296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Kompresuje i dekompresuje pliki; otwiera i edytuje dokumenty HTML.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EB03E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Sprawdza parametry sieci w systemie Windows i analizuje strukturę znacznika HTML.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F5CA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Zamienia liczby dziesiętne na dwójkowe oraz modyfikuje ustawienia sieciowe.</w:t>
            </w:r>
          </w:p>
        </w:tc>
      </w:tr>
      <w:tr w:rsidR="002E6A43" w14:paraId="1078CD67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36F80" w14:textId="77777777" w:rsidR="002E6A43" w:rsidRDefault="002E6A43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976B0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Wymienia podstawowe usługi internetowe i formaty plików graficznych.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1B12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zasady ochrony praw autorskich i rodzaje licencji oprogramowania.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7946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Wyszukuje informacje w sieci, korzystając z chmury do zapisu plików.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564F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Opisuje proces tworzenia cyfrowej tożsamości i dba o bezpieczeństwo w sieci.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F368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Publikuje własne treści w Internecie, przydzielając im licencje Creative Commons.</w:t>
            </w:r>
          </w:p>
        </w:tc>
      </w:tr>
      <w:tr w:rsidR="002E6A43" w14:paraId="5D4F9212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9C1F" w14:textId="77777777" w:rsidR="002E6A43" w:rsidRDefault="002E6A43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117A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Rozpoznaje podstawowe znaczniki strukturalne języka HTML.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14258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Omawia budowę witryny internetowej i zasady stosowania kaskadowych arkuszy stylów.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B1FAF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prostą stronę WWW w HTML, umieszczając na niej listy i tabele.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B3DC3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Stosuje zaawansowane formatowanie strony z użyciem podstawowych reguł CSS.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D3CBB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funkcjonalną i nowoczesną witrynę internetową z użyciem CSS/JS.</w:t>
            </w:r>
          </w:p>
        </w:tc>
      </w:tr>
      <w:tr w:rsidR="002E6A43" w14:paraId="1E7AAE07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3A8F6" w14:textId="77777777" w:rsidR="002E6A43" w:rsidRDefault="002E6A43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5B8D7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Identyfikuje pojęcie warstwy obrazu oraz animacji w programie GIMP.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0D0EB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Omawia znaczenie warstw, filtrów i formatów graficznych w obróbce zdjęć.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A5C7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i usuwa warstwy, umieszcza napisy na obrazie i rysuje figury geometryczne.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BE66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Wykorzystuje zaawansowane filtry GIMP do poprawiania jakości zdjęć i łączenia warstw.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C399B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autorską animację poklatkową oraz prezentuje historie za pomocą grafiki.</w:t>
            </w:r>
          </w:p>
        </w:tc>
      </w:tr>
      <w:tr w:rsidR="002E6A43" w14:paraId="42EAE15C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2F74A" w14:textId="77777777" w:rsidR="002E6A43" w:rsidRDefault="002E6A43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CD4A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Wskazuje gotowe bryły w środowisku projektowania przestrzennego Tinkercad.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6FF1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pojęcie modelu 3D oraz zasady działania programu typu slicer.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4525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prosty model z gotowych brył, grupuje i wyrównuje elementy projektu.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9790E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Modyfikuje zaawansowane parametry modelu i dodaje napisy w przestrzeni 3D.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D50B" w14:textId="77777777" w:rsidR="002E6A43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Projektuje, przygotowuje w slicerze i drukuje rozbudowany, autorski model 3D.</w:t>
            </w:r>
          </w:p>
        </w:tc>
      </w:tr>
    </w:tbl>
    <w:p w14:paraId="47D46282" w14:textId="77777777" w:rsidR="005474DA" w:rsidRDefault="005474DA"/>
    <w:sectPr w:rsidR="005474DA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392327">
    <w:abstractNumId w:val="8"/>
  </w:num>
  <w:num w:numId="2" w16cid:durableId="221408343">
    <w:abstractNumId w:val="6"/>
  </w:num>
  <w:num w:numId="3" w16cid:durableId="902910319">
    <w:abstractNumId w:val="5"/>
  </w:num>
  <w:num w:numId="4" w16cid:durableId="1889342456">
    <w:abstractNumId w:val="4"/>
  </w:num>
  <w:num w:numId="5" w16cid:durableId="1862889665">
    <w:abstractNumId w:val="7"/>
  </w:num>
  <w:num w:numId="6" w16cid:durableId="586884351">
    <w:abstractNumId w:val="3"/>
  </w:num>
  <w:num w:numId="7" w16cid:durableId="1450273584">
    <w:abstractNumId w:val="2"/>
  </w:num>
  <w:num w:numId="8" w16cid:durableId="1643383839">
    <w:abstractNumId w:val="1"/>
  </w:num>
  <w:num w:numId="9" w16cid:durableId="213058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7EA3"/>
    <w:rsid w:val="0029639D"/>
    <w:rsid w:val="002E6A43"/>
    <w:rsid w:val="00326F90"/>
    <w:rsid w:val="005474DA"/>
    <w:rsid w:val="00656792"/>
    <w:rsid w:val="00AA1D8D"/>
    <w:rsid w:val="00AF0B9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4636D"/>
  <w14:defaultImageDpi w14:val="300"/>
  <w15:docId w15:val="{EEBC5CBC-5FD7-450A-8BC8-22D1766B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Wąsala</cp:lastModifiedBy>
  <cp:revision>3</cp:revision>
  <dcterms:created xsi:type="dcterms:W3CDTF">2013-12-23T23:15:00Z</dcterms:created>
  <dcterms:modified xsi:type="dcterms:W3CDTF">2026-09-06T19:59:00Z</dcterms:modified>
  <cp:category/>
</cp:coreProperties>
</file>