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5EC8C" w14:textId="1BB7ED7E" w:rsidR="005C6792" w:rsidRDefault="00000000" w:rsidP="00F830E2">
      <w:pPr>
        <w:spacing w:after="80"/>
        <w:jc w:val="center"/>
      </w:pPr>
      <w:r>
        <w:rPr>
          <w:rFonts w:ascii="Arial" w:hAnsi="Arial"/>
          <w:b/>
          <w:color w:val="1A365D"/>
          <w:sz w:val="28"/>
        </w:rPr>
        <w:t>WYMAGANIA EDUKACYJNE – INFORMATYKA KLASA 5</w:t>
      </w:r>
    </w:p>
    <w:tbl>
      <w:tblPr>
        <w:tblW w:w="0" w:type="auto"/>
        <w:jc w:val="center"/>
        <w:tblBorders>
          <w:top w:val="single" w:sz="4" w:space="0" w:color="E2E8F0"/>
          <w:bottom w:val="single" w:sz="6" w:space="0" w:color="1A365D"/>
          <w:insideH w:val="single" w:sz="4" w:space="0" w:color="E2E8F0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742"/>
        <w:gridCol w:w="1742"/>
        <w:gridCol w:w="1742"/>
        <w:gridCol w:w="1742"/>
        <w:gridCol w:w="1742"/>
      </w:tblGrid>
      <w:tr w:rsidR="005C6792" w14:paraId="1A635161" w14:textId="77777777">
        <w:trPr>
          <w:jc w:val="center"/>
        </w:trPr>
        <w:tc>
          <w:tcPr>
            <w:tcW w:w="1440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C60A05B" w14:textId="7A1EC5C6" w:rsidR="005C6792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1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F4B9AC" w14:textId="77777777" w:rsidR="005C6792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2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Dopuszczająca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(Pamiętanie)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83C3A4" w14:textId="77777777" w:rsidR="005C6792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3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Dostateczna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(Rozumienie)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DF54159" w14:textId="77777777" w:rsidR="005C6792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4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Dobra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(Stosowanie)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4D8B3D9" w14:textId="77777777" w:rsidR="005C6792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5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Bardzo dobra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(Analiza/Ocena)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8784E5E" w14:textId="77777777" w:rsidR="005C6792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6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Celująca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(Tworzenie)</w:t>
            </w:r>
          </w:p>
        </w:tc>
      </w:tr>
      <w:tr w:rsidR="005C6792" w14:paraId="4569E90C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5B8EC" w14:textId="77777777" w:rsidR="005C6792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i/>
                <w:color w:val="2D3748"/>
                <w:sz w:val="15"/>
              </w:rPr>
              <w:t>Uczeń nie spełnia kryteriów na ocenę dopuszczającą.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28E5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Wymienia podstawowe elementy składowe tabeli w edytorze tekstu.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1E06F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pojęcie stylu i listy wielopoziomowej w edytorze tekstu.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BFD49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Wstawia tabele o zadanej liczbie kolumn/wierszy oraz tworzy listy jednopoziomowe.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08FC4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Modyfikuje istniejące style, tworzy listy wielopoziomowe i formatuje obramowanie tabel.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83F86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 rozbudowane i estetyczne dokumenty (kroniki, komiksy) łączące tekst, tabele i grafiki.</w:t>
            </w:r>
          </w:p>
        </w:tc>
      </w:tr>
      <w:tr w:rsidR="005C6792" w14:paraId="5400822B" w14:textId="77777777">
        <w:trPr>
          <w:jc w:val="center"/>
        </w:trPr>
        <w:tc>
          <w:tcPr>
            <w:tcW w:w="1440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E4462" w14:textId="77777777" w:rsidR="005C6792" w:rsidRDefault="005C6792">
            <w:pPr>
              <w:spacing w:after="0" w:line="252" w:lineRule="auto"/>
              <w:jc w:val="center"/>
            </w:pP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220F8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Zna podstawowe zasady przygotowania slajdów w programie do prezentacji.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79ADE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Wyjaśnia funkcję przejść między slajdami oraz podstawowych animacji.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D0924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prostą prezentację multimedialną, dodaje slajdy, tekst, obrazy i motywy.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4A9C1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Dostosowuje czas trwania przejść i animacji oraz dodaje dźwięki z plików zewnętrznych.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13EBC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Przygotowuje zaawansowany pokaz slajdów (np. album) z autorskim wideo i ścieżkami ruchu.</w:t>
            </w:r>
          </w:p>
        </w:tc>
      </w:tr>
      <w:tr w:rsidR="005C6792" w14:paraId="1695A282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E9D97" w14:textId="77777777" w:rsidR="005C6792" w:rsidRDefault="005C6792">
            <w:pPr>
              <w:spacing w:after="0" w:line="252" w:lineRule="auto"/>
              <w:jc w:val="center"/>
            </w:pP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067E6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Wskazuje bloki z kategorii Pióro oraz Wyrażenia w programie Scratch.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EA551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Analizuje trasę ruchu duszka na scenie w celu optymalnego wyznaczenia celu.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8E832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Buduje skrypty realizujące ruch duszka po scenie ze współrzędnymi i rysowaniem linii.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0A2DB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Wykorzystuje zmienne i wyrażenia matematyczne do rysowania figur foremnych.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45320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Konstruuje zaawansowane skrypty generujące złożone, geometryczne rozety.</w:t>
            </w:r>
          </w:p>
        </w:tc>
      </w:tr>
      <w:tr w:rsidR="005C6792" w14:paraId="0688673C" w14:textId="77777777">
        <w:trPr>
          <w:jc w:val="center"/>
        </w:trPr>
        <w:tc>
          <w:tcPr>
            <w:tcW w:w="1440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0B54" w14:textId="77777777" w:rsidR="005C6792" w:rsidRDefault="005C6792">
            <w:pPr>
              <w:spacing w:after="0" w:line="252" w:lineRule="auto"/>
              <w:jc w:val="center"/>
            </w:pP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74E89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Omawia ogólny wygląd okna i główne funkcje programu Pivot Animator.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CC060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koncepcję animacji poklatkowej realizowanej przez dodawanie klatek.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CFE36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prostą animację klatkową przedstawiającą ruch postaci (patyczaka).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14792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Modyfikuje płynność animacji poprzez zmianę liczby klatek oraz dodaje tło.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3595E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 w zespole kilkuminutowy film przygodowy z własnoręcznie stworzonymi postaciami.</w:t>
            </w:r>
          </w:p>
        </w:tc>
      </w:tr>
      <w:tr w:rsidR="005C6792" w14:paraId="72E67AE3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D147B" w14:textId="77777777" w:rsidR="005C6792" w:rsidRDefault="005C6792">
            <w:pPr>
              <w:spacing w:after="0" w:line="252" w:lineRule="auto"/>
              <w:jc w:val="center"/>
            </w:pP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7888D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Zna podstawowe sposoby zapisu plików i pamięta o konieczności ich archiwizacji.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E6936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znaczenie segregowania i odpowiedniego nazywania plików na dysku.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6E3E0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Zapisuje pliki w ściśle określonej lokalizacji wskazanej przez nauczyciela.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10F78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Sprawnie odnajduje pliki w strukturze katalogów komputera.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B5B9E" w14:textId="77777777" w:rsidR="005C6792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Zapisuje pliki nadając im w pełni unikalne, samodzielnie zaplanowane nazwy.</w:t>
            </w:r>
          </w:p>
        </w:tc>
      </w:tr>
    </w:tbl>
    <w:p w14:paraId="0F05430A" w14:textId="77777777" w:rsidR="00D453C4" w:rsidRDefault="00D453C4"/>
    <w:sectPr w:rsidR="00D453C4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0657407">
    <w:abstractNumId w:val="8"/>
  </w:num>
  <w:num w:numId="2" w16cid:durableId="1092777921">
    <w:abstractNumId w:val="6"/>
  </w:num>
  <w:num w:numId="3" w16cid:durableId="1928809642">
    <w:abstractNumId w:val="5"/>
  </w:num>
  <w:num w:numId="4" w16cid:durableId="449587563">
    <w:abstractNumId w:val="4"/>
  </w:num>
  <w:num w:numId="5" w16cid:durableId="1820070203">
    <w:abstractNumId w:val="7"/>
  </w:num>
  <w:num w:numId="6" w16cid:durableId="1259556237">
    <w:abstractNumId w:val="3"/>
  </w:num>
  <w:num w:numId="7" w16cid:durableId="1109935548">
    <w:abstractNumId w:val="2"/>
  </w:num>
  <w:num w:numId="8" w16cid:durableId="1879319156">
    <w:abstractNumId w:val="1"/>
  </w:num>
  <w:num w:numId="9" w16cid:durableId="55092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6792"/>
    <w:rsid w:val="00847C9D"/>
    <w:rsid w:val="00AA1D8D"/>
    <w:rsid w:val="00B47730"/>
    <w:rsid w:val="00CB0664"/>
    <w:rsid w:val="00D453C4"/>
    <w:rsid w:val="00F830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40976"/>
  <w14:defaultImageDpi w14:val="300"/>
  <w15:docId w15:val="{8EBF052F-E26A-4E6C-9BAB-A35B981E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Wąsala</cp:lastModifiedBy>
  <cp:revision>2</cp:revision>
  <dcterms:created xsi:type="dcterms:W3CDTF">2013-12-23T23:15:00Z</dcterms:created>
  <dcterms:modified xsi:type="dcterms:W3CDTF">2026-09-06T19:58:00Z</dcterms:modified>
  <cp:category/>
</cp:coreProperties>
</file>