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5D65B" w14:textId="041B5A2A" w:rsidR="00771595" w:rsidRDefault="00000000" w:rsidP="001652D7">
      <w:pPr>
        <w:spacing w:after="80"/>
        <w:jc w:val="center"/>
      </w:pPr>
      <w:r>
        <w:rPr>
          <w:rFonts w:ascii="Arial" w:hAnsi="Arial"/>
          <w:b/>
          <w:color w:val="1A365D"/>
          <w:sz w:val="28"/>
        </w:rPr>
        <w:t>WYMAGANIA EDUKACYJNE – INFORMATYKA KLASA 4</w:t>
      </w:r>
    </w:p>
    <w:tbl>
      <w:tblPr>
        <w:tblW w:w="0" w:type="auto"/>
        <w:jc w:val="center"/>
        <w:tblBorders>
          <w:top w:val="single" w:sz="4" w:space="0" w:color="E2E8F0"/>
          <w:bottom w:val="single" w:sz="6" w:space="0" w:color="1A365D"/>
          <w:insideH w:val="single" w:sz="4" w:space="0" w:color="E2E8F0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742"/>
        <w:gridCol w:w="1742"/>
        <w:gridCol w:w="1742"/>
        <w:gridCol w:w="1742"/>
        <w:gridCol w:w="1742"/>
      </w:tblGrid>
      <w:tr w:rsidR="00771595" w14:paraId="3FF770B0" w14:textId="77777777">
        <w:trPr>
          <w:jc w:val="center"/>
        </w:trPr>
        <w:tc>
          <w:tcPr>
            <w:tcW w:w="1440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31D4816" w14:textId="26CB901A" w:rsidR="00771595" w:rsidRDefault="00000000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Ocena 1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</w:r>
          </w:p>
        </w:tc>
        <w:tc>
          <w:tcPr>
            <w:tcW w:w="1742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563448B" w14:textId="77777777" w:rsidR="00771595" w:rsidRDefault="00000000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Ocena 2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Dopuszczająca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(Pamiętanie)</w:t>
            </w:r>
          </w:p>
        </w:tc>
        <w:tc>
          <w:tcPr>
            <w:tcW w:w="1742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C494616" w14:textId="77777777" w:rsidR="00771595" w:rsidRDefault="00000000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Ocena 3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Dostateczna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(Rozumienie)</w:t>
            </w:r>
          </w:p>
        </w:tc>
        <w:tc>
          <w:tcPr>
            <w:tcW w:w="1742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2129FAB" w14:textId="77777777" w:rsidR="00771595" w:rsidRDefault="00000000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Ocena 4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Dobra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(Stosowanie)</w:t>
            </w:r>
          </w:p>
        </w:tc>
        <w:tc>
          <w:tcPr>
            <w:tcW w:w="1742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F844FB2" w14:textId="77777777" w:rsidR="00771595" w:rsidRDefault="00000000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Ocena 5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Bardzo dobra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(Analiza/Ocena)</w:t>
            </w:r>
          </w:p>
        </w:tc>
        <w:tc>
          <w:tcPr>
            <w:tcW w:w="1742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1F21AB6" w14:textId="77777777" w:rsidR="00771595" w:rsidRDefault="00000000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Ocena 6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Celująca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(Tworzenie)</w:t>
            </w:r>
          </w:p>
        </w:tc>
      </w:tr>
      <w:tr w:rsidR="00771595" w14:paraId="5A3C13EC" w14:textId="77777777">
        <w:trPr>
          <w:jc w:val="center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AEF1A" w14:textId="77777777" w:rsidR="00771595" w:rsidRDefault="00000000">
            <w:pPr>
              <w:spacing w:after="0" w:line="252" w:lineRule="auto"/>
              <w:jc w:val="center"/>
            </w:pPr>
            <w:r>
              <w:rPr>
                <w:rFonts w:ascii="Arial" w:hAnsi="Arial"/>
                <w:i/>
                <w:color w:val="2D3748"/>
                <w:sz w:val="15"/>
              </w:rPr>
              <w:t>Uczeń nie spełnia kryteriów na ocenę dopuszczającą.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376C9" w14:textId="77777777" w:rsidR="00771595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Wskazuje podstawowe elementy zestawu komputerowego i reguły pracowni.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0DBA8" w14:textId="77777777" w:rsidR="00771595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Wyjaśnia własnymi słowami rolę systemu operacyjnego i podział urządzeń.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77F51" w14:textId="77777777" w:rsidR="00771595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Samodzielnie uruchamia programy, zapisuje, kopiuje i przenosi pliki we wskazane miejsce.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C249D" w14:textId="77777777" w:rsidR="00771595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Rozpoznaje typy plików po rozszerzeniach i samodzielnie porządkuje strukturę folderów.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55AE0" w14:textId="77777777" w:rsidR="00771595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Charakteryzuje zaawansowane usługi sieciowe i ocenia ich wpływ na codzienne życie.</w:t>
            </w:r>
          </w:p>
        </w:tc>
      </w:tr>
      <w:tr w:rsidR="00771595" w14:paraId="5CCAC974" w14:textId="77777777">
        <w:trPr>
          <w:jc w:val="center"/>
        </w:trPr>
        <w:tc>
          <w:tcPr>
            <w:tcW w:w="1440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528B0" w14:textId="77777777" w:rsidR="00771595" w:rsidRDefault="00771595">
            <w:pPr>
              <w:spacing w:after="0" w:line="252" w:lineRule="auto"/>
              <w:jc w:val="center"/>
            </w:pP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6CD9E" w14:textId="77777777" w:rsidR="00771595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Zna podstawowe zasady netykiety oraz bezpiecznego korzystania z Internetu.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AEC89" w14:textId="77777777" w:rsidR="00771595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Rozróżnia pojęcia prawdy, opinii, fake news oraz deepfake w sieci.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0F7D9" w14:textId="77777777" w:rsidR="00771595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Bezpiecznie wyszukuje informacje w Internecie stosując podane adresy i linki.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0FC86" w14:textId="77777777" w:rsidR="00771595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Weryfikuje znalezione w sieci informacje pod kątem ich wiarygodności i aktualności.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47F77" w14:textId="77777777" w:rsidR="00771595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Opracowuje w zespole cyfrowy kodeks właściwego i bezpiecznego korzystania z technologii.</w:t>
            </w:r>
          </w:p>
        </w:tc>
      </w:tr>
      <w:tr w:rsidR="00771595" w14:paraId="43A898EE" w14:textId="77777777">
        <w:trPr>
          <w:jc w:val="center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F3D15" w14:textId="77777777" w:rsidR="00771595" w:rsidRDefault="00771595">
            <w:pPr>
              <w:spacing w:after="0" w:line="252" w:lineRule="auto"/>
              <w:jc w:val="center"/>
            </w:pP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73594" w14:textId="77777777" w:rsidR="00771595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Identyfikuje narzędzia Ołówek, Pędzel, Linia i Prostokąt w edytorze grafiki.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F5EA3" w14:textId="77777777" w:rsidR="00771595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Rozumie pojęcia piksel oraz rozmiar obrazu; potrafi zmienić wymiary rysunku.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E4E08" w14:textId="77777777" w:rsidR="00771595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Tworzy rysunki z wykorzystaniem kształtów Owal i Krzywa oraz odbicia lustrzanego.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4794D" w14:textId="77777777" w:rsidR="00771595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Wykorzystuje powtarzające się fragmenty grafiki oraz rotację do budowy złożonego obrazu.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E4422" w14:textId="77777777" w:rsidR="00771595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Projektuje autorskie i zaawansowane grafiki użytkowe (np. nadruk na koszulkę, ASCII Art).</w:t>
            </w:r>
          </w:p>
        </w:tc>
      </w:tr>
      <w:tr w:rsidR="00771595" w14:paraId="7DB85F08" w14:textId="77777777">
        <w:trPr>
          <w:jc w:val="center"/>
        </w:trPr>
        <w:tc>
          <w:tcPr>
            <w:tcW w:w="1440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FAE5D" w14:textId="77777777" w:rsidR="00771595" w:rsidRDefault="00771595">
            <w:pPr>
              <w:spacing w:after="0" w:line="252" w:lineRule="auto"/>
              <w:jc w:val="center"/>
            </w:pP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0FFB3" w14:textId="77777777" w:rsidR="00771595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Zna podstawowe polecenia środowiska Scratch (blok, skrypt, scena) i uruchamia projekt.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E4EAA" w14:textId="77777777" w:rsidR="00771595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Rozumie zasady przemieszczania się duszka po scenie w prostych kierunkach.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CCB64" w14:textId="77777777" w:rsidR="00771595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Buduje działające skrypty powodujące ruch duszka i wyświetlanie prostych komunikatów.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389EE" w14:textId="77777777" w:rsidR="00771595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Modyfikuje skrypty stosując pętle wykonujące polecenia określoną liczbę razy.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F37B2" w14:textId="77777777" w:rsidR="00771595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Tworzy i programuje według własnego pomysłu kompletną grę sterowaną klawiaturą.</w:t>
            </w:r>
          </w:p>
        </w:tc>
      </w:tr>
      <w:tr w:rsidR="00771595" w14:paraId="342B6940" w14:textId="77777777">
        <w:trPr>
          <w:jc w:val="center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2BF07" w14:textId="77777777" w:rsidR="00771595" w:rsidRDefault="00771595">
            <w:pPr>
              <w:spacing w:after="0" w:line="252" w:lineRule="auto"/>
              <w:jc w:val="center"/>
            </w:pP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7329B" w14:textId="77777777" w:rsidR="00771595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Wpisuje tekst za pomocą klawiatury, stosując wielkie litery i polskie znaki.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D2D97" w14:textId="77777777" w:rsidR="00771595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Wyjaśnia pojęcia akapitu, interlinii oraz odstępów międzyakapitowych.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AC60E" w14:textId="77777777" w:rsidR="00771595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Tworzy dokumenty tekstowe zgodnie z podanym wzorem i zasadami interpunkcji.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CFCDF" w14:textId="77777777" w:rsidR="00771595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Formatuje tekst za pomocą zaawansowanych opcji z grup Czcionka oraz Akapit.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DE588" w14:textId="77777777" w:rsidR="00771595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Projektuje estetyczne i poprawne merytorycznie dokumenty według własnego pomysłu.</w:t>
            </w:r>
          </w:p>
        </w:tc>
      </w:tr>
    </w:tbl>
    <w:p w14:paraId="007183BC" w14:textId="77777777" w:rsidR="00D91D8D" w:rsidRDefault="00D91D8D"/>
    <w:sectPr w:rsidR="00D91D8D" w:rsidSect="00034616">
      <w:pgSz w:w="11909" w:h="16834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0615872">
    <w:abstractNumId w:val="8"/>
  </w:num>
  <w:num w:numId="2" w16cid:durableId="682168110">
    <w:abstractNumId w:val="6"/>
  </w:num>
  <w:num w:numId="3" w16cid:durableId="1233126800">
    <w:abstractNumId w:val="5"/>
  </w:num>
  <w:num w:numId="4" w16cid:durableId="1143503747">
    <w:abstractNumId w:val="4"/>
  </w:num>
  <w:num w:numId="5" w16cid:durableId="326327200">
    <w:abstractNumId w:val="7"/>
  </w:num>
  <w:num w:numId="6" w16cid:durableId="1847285407">
    <w:abstractNumId w:val="3"/>
  </w:num>
  <w:num w:numId="7" w16cid:durableId="1576278157">
    <w:abstractNumId w:val="2"/>
  </w:num>
  <w:num w:numId="8" w16cid:durableId="472604018">
    <w:abstractNumId w:val="1"/>
  </w:num>
  <w:num w:numId="9" w16cid:durableId="1262907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52D7"/>
    <w:rsid w:val="0029639D"/>
    <w:rsid w:val="00326F90"/>
    <w:rsid w:val="00771595"/>
    <w:rsid w:val="00AA1D8D"/>
    <w:rsid w:val="00B47730"/>
    <w:rsid w:val="00CB0664"/>
    <w:rsid w:val="00D61D7F"/>
    <w:rsid w:val="00D91D8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A0309C"/>
  <w14:defaultImageDpi w14:val="300"/>
  <w15:docId w15:val="{209E76C7-6280-40AA-B257-5CBDAA089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324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Wąsala</cp:lastModifiedBy>
  <cp:revision>2</cp:revision>
  <dcterms:created xsi:type="dcterms:W3CDTF">2013-12-23T23:15:00Z</dcterms:created>
  <dcterms:modified xsi:type="dcterms:W3CDTF">2026-09-06T19:58:00Z</dcterms:modified>
  <cp:category/>
</cp:coreProperties>
</file>