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7A04" w14:textId="77777777" w:rsidR="000E1558" w:rsidRPr="006719EC" w:rsidRDefault="00A3418D">
      <w:pPr>
        <w:pStyle w:val="Nagwek1"/>
        <w:rPr>
          <w:lang w:val="pl-PL"/>
        </w:rPr>
      </w:pPr>
      <w:r w:rsidRPr="006719EC">
        <w:rPr>
          <w:lang w:val="pl-PL"/>
        </w:rPr>
        <w:t>Wymagania edukacyjne – klasa III</w:t>
      </w:r>
    </w:p>
    <w:p w14:paraId="7DD3BBC6" w14:textId="77777777" w:rsidR="000E1558" w:rsidRPr="006719EC" w:rsidRDefault="00A3418D">
      <w:pPr>
        <w:pStyle w:val="Nagwek2"/>
        <w:rPr>
          <w:lang w:val="pl-PL"/>
        </w:rPr>
      </w:pPr>
      <w:r w:rsidRPr="006719EC">
        <w:rPr>
          <w:lang w:val="pl-PL"/>
        </w:rPr>
        <w:t>Edukacja polonistyczna – czytanie, pisanie, mówienie, słuchanie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E1558" w14:paraId="6EC94BB8" w14:textId="77777777">
        <w:tc>
          <w:tcPr>
            <w:tcW w:w="8640" w:type="dxa"/>
          </w:tcPr>
          <w:p w14:paraId="3ED79058" w14:textId="545184E0" w:rsidR="000E1558" w:rsidRDefault="00A3418D">
            <w:proofErr w:type="spellStart"/>
            <w:r>
              <w:t>Wymagania</w:t>
            </w:r>
            <w:proofErr w:type="spellEnd"/>
            <w:r>
              <w:t xml:space="preserve"> </w:t>
            </w:r>
            <w:proofErr w:type="spellStart"/>
            <w:r>
              <w:t>edukacyjne</w:t>
            </w:r>
            <w:proofErr w:type="spellEnd"/>
            <w:r>
              <w:t xml:space="preserve"> </w:t>
            </w:r>
          </w:p>
        </w:tc>
      </w:tr>
      <w:tr w:rsidR="000E1558" w:rsidRPr="00B21E25" w14:paraId="09F51FF6" w14:textId="77777777">
        <w:tc>
          <w:tcPr>
            <w:tcW w:w="8640" w:type="dxa"/>
          </w:tcPr>
          <w:p w14:paraId="3B6AC42F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Czytam płynnie i ze zrozumieniem dłuższe teksty.</w:t>
            </w:r>
          </w:p>
        </w:tc>
      </w:tr>
      <w:tr w:rsidR="000E1558" w:rsidRPr="00B21E25" w14:paraId="411AC053" w14:textId="77777777">
        <w:tc>
          <w:tcPr>
            <w:tcW w:w="8640" w:type="dxa"/>
          </w:tcPr>
          <w:p w14:paraId="1BD7CE87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Wyszukuję w tekście potrzebne informacje i potrafię je wykorzystać.</w:t>
            </w:r>
          </w:p>
        </w:tc>
      </w:tr>
      <w:tr w:rsidR="000E1558" w:rsidRPr="00B21E25" w14:paraId="4FC2E06C" w14:textId="77777777">
        <w:tc>
          <w:tcPr>
            <w:tcW w:w="8640" w:type="dxa"/>
          </w:tcPr>
          <w:p w14:paraId="3A50FB3B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 xml:space="preserve">Piszę </w:t>
            </w:r>
            <w:r w:rsidRPr="006719EC">
              <w:rPr>
                <w:lang w:val="pl-PL"/>
              </w:rPr>
              <w:t>krótkie opowiadania, listy i opisy.</w:t>
            </w:r>
          </w:p>
        </w:tc>
      </w:tr>
      <w:tr w:rsidR="000E1558" w:rsidRPr="00B21E25" w14:paraId="6431259D" w14:textId="77777777">
        <w:tc>
          <w:tcPr>
            <w:tcW w:w="8640" w:type="dxa"/>
          </w:tcPr>
          <w:p w14:paraId="02286ED9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Stosuję zasady ortografii i interpunkcji w swoich wypowiedziach pisemnych.</w:t>
            </w:r>
          </w:p>
        </w:tc>
      </w:tr>
      <w:tr w:rsidR="000E1558" w:rsidRPr="00B21E25" w14:paraId="6FAB5796" w14:textId="77777777">
        <w:tc>
          <w:tcPr>
            <w:tcW w:w="8640" w:type="dxa"/>
          </w:tcPr>
          <w:p w14:paraId="4C7CED60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Opowiadam wydarzenia w sposób uporządkowany i logiczny.</w:t>
            </w:r>
          </w:p>
        </w:tc>
      </w:tr>
      <w:tr w:rsidR="000E1558" w:rsidRPr="00B21E25" w14:paraId="4D0C4BE6" w14:textId="77777777">
        <w:tc>
          <w:tcPr>
            <w:tcW w:w="8640" w:type="dxa"/>
          </w:tcPr>
          <w:p w14:paraId="1B4BFBEC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Formułuję własną opinię na temat przeczytanego tekstu.</w:t>
            </w:r>
          </w:p>
        </w:tc>
      </w:tr>
      <w:tr w:rsidR="000E1558" w:rsidRPr="00B21E25" w14:paraId="090D5C38" w14:textId="77777777">
        <w:tc>
          <w:tcPr>
            <w:tcW w:w="8640" w:type="dxa"/>
          </w:tcPr>
          <w:p w14:paraId="6BC8951D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Tworzę wypowiedzi ustne i pise</w:t>
            </w:r>
            <w:r w:rsidRPr="006719EC">
              <w:rPr>
                <w:lang w:val="pl-PL"/>
              </w:rPr>
              <w:t>mne z zachowaniem poprawności językowej.</w:t>
            </w:r>
          </w:p>
        </w:tc>
      </w:tr>
      <w:tr w:rsidR="000E1558" w:rsidRPr="00B21E25" w14:paraId="30F09238" w14:textId="77777777">
        <w:tc>
          <w:tcPr>
            <w:tcW w:w="8640" w:type="dxa"/>
          </w:tcPr>
          <w:p w14:paraId="60978C5C" w14:textId="77777777" w:rsidR="000E1558" w:rsidRPr="006719EC" w:rsidRDefault="00A3418D" w:rsidP="006719EC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6719EC">
              <w:rPr>
                <w:lang w:val="pl-PL"/>
              </w:rPr>
              <w:t>Korzystam ze słowników i prostych encyklopedii.</w:t>
            </w:r>
          </w:p>
        </w:tc>
      </w:tr>
    </w:tbl>
    <w:p w14:paraId="18263E4C" w14:textId="77777777" w:rsidR="000E1558" w:rsidRPr="006719EC" w:rsidRDefault="000E1558">
      <w:pPr>
        <w:rPr>
          <w:lang w:val="pl-PL"/>
        </w:rPr>
      </w:pPr>
    </w:p>
    <w:p w14:paraId="0E3095D2" w14:textId="77777777" w:rsidR="000E1558" w:rsidRDefault="00A3418D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matematyczna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E1558" w14:paraId="36B501C1" w14:textId="77777777">
        <w:tc>
          <w:tcPr>
            <w:tcW w:w="8640" w:type="dxa"/>
          </w:tcPr>
          <w:p w14:paraId="78F05335" w14:textId="7774EBE0" w:rsidR="000E1558" w:rsidRDefault="00A3418D">
            <w:r>
              <w:t xml:space="preserve">Wymagania edukacyjne </w:t>
            </w:r>
          </w:p>
        </w:tc>
      </w:tr>
      <w:tr w:rsidR="000E1558" w:rsidRPr="00B21E25" w14:paraId="0006CCDF" w14:textId="77777777">
        <w:tc>
          <w:tcPr>
            <w:tcW w:w="8640" w:type="dxa"/>
          </w:tcPr>
          <w:p w14:paraId="5911195C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Liczę w zakresie 1000 i zapisuję liczby w systemie dziesiętnym.</w:t>
            </w:r>
          </w:p>
        </w:tc>
      </w:tr>
      <w:tr w:rsidR="000E1558" w:rsidRPr="00B21E25" w14:paraId="0FC5706B" w14:textId="77777777">
        <w:tc>
          <w:tcPr>
            <w:tcW w:w="8640" w:type="dxa"/>
          </w:tcPr>
          <w:p w14:paraId="1FEE3073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 xml:space="preserve">Wykonuję działania dodawania, odejmowania, </w:t>
            </w:r>
            <w:r w:rsidRPr="006719EC">
              <w:rPr>
                <w:lang w:val="pl-PL"/>
              </w:rPr>
              <w:t>mnożenia i dzielenia.</w:t>
            </w:r>
          </w:p>
        </w:tc>
      </w:tr>
      <w:tr w:rsidR="000E1558" w:rsidRPr="00B21E25" w14:paraId="6CA63555" w14:textId="77777777">
        <w:tc>
          <w:tcPr>
            <w:tcW w:w="8640" w:type="dxa"/>
          </w:tcPr>
          <w:p w14:paraId="2476624F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Rozwiązuję zadania tekstowe wymagające kilku działań.</w:t>
            </w:r>
          </w:p>
        </w:tc>
      </w:tr>
      <w:tr w:rsidR="000E1558" w:rsidRPr="00B21E25" w14:paraId="508BE63E" w14:textId="77777777">
        <w:tc>
          <w:tcPr>
            <w:tcW w:w="8640" w:type="dxa"/>
          </w:tcPr>
          <w:p w14:paraId="3F58E667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Obliczam obwód prostych figur geometrycznych.</w:t>
            </w:r>
          </w:p>
        </w:tc>
      </w:tr>
      <w:tr w:rsidR="000E1558" w:rsidRPr="00B21E25" w14:paraId="5CCD03D3" w14:textId="77777777">
        <w:tc>
          <w:tcPr>
            <w:tcW w:w="8640" w:type="dxa"/>
          </w:tcPr>
          <w:p w14:paraId="220CB6C9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Rozpoznaję i rysuję podstawowe figury płaskie i przestrzenne.</w:t>
            </w:r>
          </w:p>
        </w:tc>
      </w:tr>
      <w:tr w:rsidR="000E1558" w:rsidRPr="00B21E25" w14:paraId="0D02DB62" w14:textId="77777777">
        <w:tc>
          <w:tcPr>
            <w:tcW w:w="8640" w:type="dxa"/>
          </w:tcPr>
          <w:p w14:paraId="4018A871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Posługuję się zegarem wskazówkowym i elektronicznym.</w:t>
            </w:r>
          </w:p>
        </w:tc>
      </w:tr>
      <w:tr w:rsidR="000E1558" w:rsidRPr="00B21E25" w14:paraId="3DE0CC95" w14:textId="77777777">
        <w:tc>
          <w:tcPr>
            <w:tcW w:w="8640" w:type="dxa"/>
          </w:tcPr>
          <w:p w14:paraId="41A6FA65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Wykonuję prost</w:t>
            </w:r>
            <w:r w:rsidRPr="006719EC">
              <w:rPr>
                <w:lang w:val="pl-PL"/>
              </w:rPr>
              <w:t>e obliczenia dotyczące pieniędzy i zakupów.</w:t>
            </w:r>
          </w:p>
        </w:tc>
      </w:tr>
      <w:tr w:rsidR="000E1558" w:rsidRPr="00B21E25" w14:paraId="70225C7F" w14:textId="77777777">
        <w:tc>
          <w:tcPr>
            <w:tcW w:w="8640" w:type="dxa"/>
          </w:tcPr>
          <w:p w14:paraId="74154C70" w14:textId="77777777" w:rsidR="000E1558" w:rsidRPr="006719EC" w:rsidRDefault="00A3418D" w:rsidP="006719EC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6719EC">
              <w:rPr>
                <w:lang w:val="pl-PL"/>
              </w:rPr>
              <w:t>Posługuję się jednostkami długości, wagi, pojemności i czasu.</w:t>
            </w:r>
          </w:p>
        </w:tc>
      </w:tr>
    </w:tbl>
    <w:p w14:paraId="71435F0F" w14:textId="77777777" w:rsidR="000E1558" w:rsidRPr="006719EC" w:rsidRDefault="000E1558">
      <w:pPr>
        <w:rPr>
          <w:lang w:val="pl-PL"/>
        </w:rPr>
      </w:pPr>
    </w:p>
    <w:p w14:paraId="40A2A415" w14:textId="77777777" w:rsidR="000E1558" w:rsidRDefault="00A3418D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społeczno-przyrodnicza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E1558" w14:paraId="7CB7C979" w14:textId="77777777">
        <w:tc>
          <w:tcPr>
            <w:tcW w:w="8640" w:type="dxa"/>
          </w:tcPr>
          <w:p w14:paraId="3A7D872E" w14:textId="28992AEF" w:rsidR="000E1558" w:rsidRDefault="00A3418D">
            <w:r>
              <w:t xml:space="preserve">Wymagania edukacyjne </w:t>
            </w:r>
          </w:p>
        </w:tc>
      </w:tr>
      <w:tr w:rsidR="000E1558" w:rsidRPr="00B21E25" w14:paraId="24DB7BC4" w14:textId="77777777">
        <w:tc>
          <w:tcPr>
            <w:tcW w:w="8640" w:type="dxa"/>
          </w:tcPr>
          <w:p w14:paraId="31B91806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lastRenderedPageBreak/>
              <w:t>Opowiadam o swojej miejscowości, regionie i Polsce.</w:t>
            </w:r>
          </w:p>
        </w:tc>
      </w:tr>
      <w:tr w:rsidR="000E1558" w:rsidRPr="00B21E25" w14:paraId="7C3D2854" w14:textId="77777777">
        <w:tc>
          <w:tcPr>
            <w:tcW w:w="8640" w:type="dxa"/>
          </w:tcPr>
          <w:p w14:paraId="1327E306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 xml:space="preserve">Znam ważne wydarzenia i </w:t>
            </w:r>
            <w:r w:rsidRPr="006719EC">
              <w:rPr>
                <w:lang w:val="pl-PL"/>
              </w:rPr>
              <w:t>postacie historyczne związane z Polską.</w:t>
            </w:r>
          </w:p>
        </w:tc>
      </w:tr>
      <w:tr w:rsidR="000E1558" w:rsidRPr="00B21E25" w14:paraId="4B555E3B" w14:textId="77777777">
        <w:tc>
          <w:tcPr>
            <w:tcW w:w="8640" w:type="dxa"/>
          </w:tcPr>
          <w:p w14:paraId="514125D6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Rozpoznaję i opisuję krajobrazy Polski.</w:t>
            </w:r>
          </w:p>
        </w:tc>
      </w:tr>
      <w:tr w:rsidR="000E1558" w:rsidRPr="00B21E25" w14:paraId="776C5874" w14:textId="77777777">
        <w:tc>
          <w:tcPr>
            <w:tcW w:w="8640" w:type="dxa"/>
          </w:tcPr>
          <w:p w14:paraId="250CCEF5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Obserwuję i opisuję zjawiska przyrodnicze.</w:t>
            </w:r>
          </w:p>
        </w:tc>
      </w:tr>
      <w:tr w:rsidR="000E1558" w:rsidRPr="00B21E25" w14:paraId="60375975" w14:textId="77777777">
        <w:tc>
          <w:tcPr>
            <w:tcW w:w="8640" w:type="dxa"/>
          </w:tcPr>
          <w:p w14:paraId="128A56F9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Rozróżniam podstawowe ekosystemy i ich elementy.</w:t>
            </w:r>
          </w:p>
        </w:tc>
      </w:tr>
      <w:tr w:rsidR="000E1558" w:rsidRPr="00B21E25" w14:paraId="4B93A632" w14:textId="77777777">
        <w:tc>
          <w:tcPr>
            <w:tcW w:w="8640" w:type="dxa"/>
          </w:tcPr>
          <w:p w14:paraId="466FD6E3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Wyjaśniam, jak człowiek wpływa na środowisko naturalne.</w:t>
            </w:r>
          </w:p>
        </w:tc>
      </w:tr>
      <w:tr w:rsidR="000E1558" w:rsidRPr="00B21E25" w14:paraId="27A075AF" w14:textId="77777777">
        <w:tc>
          <w:tcPr>
            <w:tcW w:w="8640" w:type="dxa"/>
          </w:tcPr>
          <w:p w14:paraId="7A5B9CEF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Stosuję zasady bezpiecz</w:t>
            </w:r>
            <w:r w:rsidRPr="006719EC">
              <w:rPr>
                <w:lang w:val="pl-PL"/>
              </w:rPr>
              <w:t>nego zachowania się w różnych sytuacjach.</w:t>
            </w:r>
          </w:p>
        </w:tc>
      </w:tr>
      <w:tr w:rsidR="000E1558" w:rsidRPr="00B21E25" w14:paraId="236C38F5" w14:textId="77777777">
        <w:tc>
          <w:tcPr>
            <w:tcW w:w="8640" w:type="dxa"/>
          </w:tcPr>
          <w:p w14:paraId="51CF93F7" w14:textId="77777777" w:rsidR="000E1558" w:rsidRPr="006719EC" w:rsidRDefault="00A3418D" w:rsidP="006719EC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6719EC">
              <w:rPr>
                <w:lang w:val="pl-PL"/>
              </w:rPr>
              <w:t>Znam podstawowe prawa i obowiązki ucznia.</w:t>
            </w:r>
          </w:p>
        </w:tc>
      </w:tr>
    </w:tbl>
    <w:p w14:paraId="09D1DAC3" w14:textId="77777777" w:rsidR="000E1558" w:rsidRPr="006719EC" w:rsidRDefault="000E1558">
      <w:pPr>
        <w:rPr>
          <w:lang w:val="pl-PL"/>
        </w:rPr>
      </w:pPr>
    </w:p>
    <w:p w14:paraId="52C21074" w14:textId="046F7CCA" w:rsidR="000E1558" w:rsidRDefault="00A3418D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plasty</w:t>
      </w:r>
      <w:r w:rsidR="006719EC">
        <w:t>czna</w:t>
      </w:r>
      <w:proofErr w:type="spellEnd"/>
      <w:r w:rsidR="00512573">
        <w:t xml:space="preserve">, </w:t>
      </w:r>
      <w:proofErr w:type="spellStart"/>
      <w:r w:rsidR="00512573">
        <w:t>techniczna</w:t>
      </w:r>
      <w:proofErr w:type="spellEnd"/>
      <w:r>
        <w:t xml:space="preserve"> i </w:t>
      </w:r>
      <w:proofErr w:type="spellStart"/>
      <w:r>
        <w:t>muzy</w:t>
      </w:r>
      <w:r w:rsidR="006719EC">
        <w:t>czna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E1558" w14:paraId="232CA1B3" w14:textId="77777777">
        <w:tc>
          <w:tcPr>
            <w:tcW w:w="8640" w:type="dxa"/>
          </w:tcPr>
          <w:p w14:paraId="79FE1305" w14:textId="51CD9186" w:rsidR="000E1558" w:rsidRDefault="00A3418D">
            <w:r>
              <w:t xml:space="preserve">Wymagania edukacyjne </w:t>
            </w:r>
          </w:p>
        </w:tc>
      </w:tr>
      <w:tr w:rsidR="000E1558" w:rsidRPr="00B21E25" w14:paraId="0B660291" w14:textId="77777777">
        <w:tc>
          <w:tcPr>
            <w:tcW w:w="8640" w:type="dxa"/>
          </w:tcPr>
          <w:p w14:paraId="024425AD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>Wykonuję prace plastyczne z wykorzystaniem różnych technik i materiałów.</w:t>
            </w:r>
          </w:p>
        </w:tc>
      </w:tr>
      <w:tr w:rsidR="000E1558" w:rsidRPr="00B21E25" w14:paraId="53800893" w14:textId="77777777">
        <w:tc>
          <w:tcPr>
            <w:tcW w:w="8640" w:type="dxa"/>
          </w:tcPr>
          <w:p w14:paraId="637D284D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 xml:space="preserve">Stosuję zasady </w:t>
            </w:r>
            <w:r w:rsidRPr="006719EC">
              <w:rPr>
                <w:lang w:val="pl-PL"/>
              </w:rPr>
              <w:t>kompozycji w swoich pracach plastycznych.</w:t>
            </w:r>
          </w:p>
        </w:tc>
      </w:tr>
      <w:tr w:rsidR="000E1558" w:rsidRPr="00B21E25" w14:paraId="32623804" w14:textId="77777777">
        <w:tc>
          <w:tcPr>
            <w:tcW w:w="8640" w:type="dxa"/>
          </w:tcPr>
          <w:p w14:paraId="71D5CE8F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>Śpiewam piosenki z zachowaniem melodii, rytmu i tempa.</w:t>
            </w:r>
          </w:p>
        </w:tc>
      </w:tr>
      <w:tr w:rsidR="000E1558" w:rsidRPr="00B21E25" w14:paraId="44D9B814" w14:textId="77777777">
        <w:tc>
          <w:tcPr>
            <w:tcW w:w="8640" w:type="dxa"/>
          </w:tcPr>
          <w:p w14:paraId="7D0BB2DD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Rozpoznaję brzmienie wybranych instrumentów muzycznych.</w:t>
            </w:r>
          </w:p>
        </w:tc>
      </w:tr>
      <w:tr w:rsidR="000E1558" w:rsidRPr="00B21E25" w14:paraId="5DDDA9F6" w14:textId="77777777">
        <w:tc>
          <w:tcPr>
            <w:tcW w:w="8640" w:type="dxa"/>
          </w:tcPr>
          <w:p w14:paraId="6F77B167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>Improwizuję ruch do muzyki i tworzę krótkie układy taneczne.</w:t>
            </w:r>
          </w:p>
        </w:tc>
      </w:tr>
      <w:tr w:rsidR="000E1558" w:rsidRPr="00B21E25" w14:paraId="505309F0" w14:textId="77777777">
        <w:tc>
          <w:tcPr>
            <w:tcW w:w="8640" w:type="dxa"/>
          </w:tcPr>
          <w:p w14:paraId="1BCE31A3" w14:textId="77777777" w:rsidR="000E1558" w:rsidRPr="006719EC" w:rsidRDefault="00A3418D" w:rsidP="006719EC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6719EC">
              <w:rPr>
                <w:lang w:val="pl-PL"/>
              </w:rPr>
              <w:t>Uczestniczę w przedstawieniach szkolny</w:t>
            </w:r>
            <w:r w:rsidRPr="006719EC">
              <w:rPr>
                <w:lang w:val="pl-PL"/>
              </w:rPr>
              <w:t>ch i artystycznych.</w:t>
            </w:r>
          </w:p>
        </w:tc>
      </w:tr>
      <w:tr w:rsidR="000E1558" w:rsidRPr="00B21E25" w14:paraId="522DCAA0" w14:textId="77777777">
        <w:tc>
          <w:tcPr>
            <w:tcW w:w="8640" w:type="dxa"/>
          </w:tcPr>
          <w:p w14:paraId="1CB12038" w14:textId="77777777" w:rsidR="000E1558" w:rsidRPr="006719EC" w:rsidRDefault="00A3418D" w:rsidP="00512573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6719EC">
              <w:rPr>
                <w:lang w:val="pl-PL"/>
              </w:rPr>
              <w:t>Odróżniam elementy muzyki: rytm, melodię, tempo, dynamikę.</w:t>
            </w:r>
          </w:p>
        </w:tc>
      </w:tr>
      <w:tr w:rsidR="000E1558" w:rsidRPr="00B21E25" w14:paraId="7B27BD4F" w14:textId="77777777">
        <w:tc>
          <w:tcPr>
            <w:tcW w:w="8640" w:type="dxa"/>
          </w:tcPr>
          <w:p w14:paraId="04A7BAF9" w14:textId="77777777" w:rsidR="00512573" w:rsidRDefault="00A3418D" w:rsidP="00512573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6719EC">
              <w:rPr>
                <w:lang w:val="pl-PL"/>
              </w:rPr>
              <w:t>Wyrażam swoje emocje poprzez twórczość plastyczną i muzyczną.</w:t>
            </w:r>
          </w:p>
          <w:p w14:paraId="75918706" w14:textId="77777777" w:rsidR="00512573" w:rsidRDefault="00512573" w:rsidP="00512573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512573">
              <w:rPr>
                <w:lang w:val="pl-PL"/>
              </w:rPr>
              <w:t>Korzystam z prostych urządzeń codziennego użytku i rozpoznaję znaki ostrzegawcze.</w:t>
            </w:r>
          </w:p>
          <w:p w14:paraId="2D159BC8" w14:textId="2433E2D3" w:rsidR="00512573" w:rsidRPr="00512573" w:rsidRDefault="00512573" w:rsidP="00512573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512573">
              <w:rPr>
                <w:lang w:val="pl-PL"/>
              </w:rPr>
              <w:t>Rozwiązuję proste problemy techniczne, np. jak coś naprawić lub zbudować.</w:t>
            </w:r>
          </w:p>
          <w:p w14:paraId="41C34480" w14:textId="77777777" w:rsidR="00512573" w:rsidRPr="00512573" w:rsidRDefault="00512573" w:rsidP="00512573">
            <w:pPr>
              <w:spacing w:line="360" w:lineRule="auto"/>
              <w:rPr>
                <w:lang w:val="pl-PL"/>
              </w:rPr>
            </w:pPr>
          </w:p>
        </w:tc>
      </w:tr>
    </w:tbl>
    <w:p w14:paraId="3E968599" w14:textId="77777777" w:rsidR="000E1558" w:rsidRDefault="000E1558">
      <w:pPr>
        <w:rPr>
          <w:lang w:val="pl-PL"/>
        </w:rPr>
      </w:pPr>
    </w:p>
    <w:p w14:paraId="189396A4" w14:textId="77777777" w:rsidR="00512573" w:rsidRPr="006719EC" w:rsidRDefault="00512573">
      <w:pPr>
        <w:rPr>
          <w:lang w:val="pl-PL"/>
        </w:rPr>
      </w:pPr>
    </w:p>
    <w:p w14:paraId="2F9008D6" w14:textId="77777777" w:rsidR="000E1558" w:rsidRDefault="00A3418D">
      <w:pPr>
        <w:pStyle w:val="Nagwek2"/>
      </w:pPr>
      <w:proofErr w:type="spellStart"/>
      <w:r>
        <w:lastRenderedPageBreak/>
        <w:t>Edukacja</w:t>
      </w:r>
      <w:proofErr w:type="spellEnd"/>
      <w:r>
        <w:t xml:space="preserve"> </w:t>
      </w:r>
      <w:proofErr w:type="spellStart"/>
      <w:r>
        <w:t>fizyczna</w:t>
      </w:r>
      <w:proofErr w:type="spellEnd"/>
      <w:r>
        <w:t xml:space="preserve"> i </w:t>
      </w:r>
      <w:proofErr w:type="spellStart"/>
      <w:r>
        <w:t>zdrowotna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E1558" w14:paraId="4B5D6C6A" w14:textId="77777777">
        <w:tc>
          <w:tcPr>
            <w:tcW w:w="8640" w:type="dxa"/>
          </w:tcPr>
          <w:p w14:paraId="43AFD3CE" w14:textId="21FF9E5E" w:rsidR="000E1558" w:rsidRDefault="00A3418D">
            <w:r>
              <w:t xml:space="preserve">Wymagania edukacyjne </w:t>
            </w:r>
          </w:p>
        </w:tc>
      </w:tr>
      <w:tr w:rsidR="000E1558" w:rsidRPr="00B21E25" w14:paraId="6F9CB61E" w14:textId="77777777">
        <w:tc>
          <w:tcPr>
            <w:tcW w:w="8640" w:type="dxa"/>
          </w:tcPr>
          <w:p w14:paraId="5A14EB88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Wykonuję ćwiczenia gimnastyczne poprawnie, dbając o technikę i bezpieczeństwo.</w:t>
            </w:r>
          </w:p>
        </w:tc>
      </w:tr>
      <w:tr w:rsidR="000E1558" w:rsidRPr="00B21E25" w14:paraId="23FD0AAB" w14:textId="77777777">
        <w:tc>
          <w:tcPr>
            <w:tcW w:w="8640" w:type="dxa"/>
          </w:tcPr>
          <w:p w14:paraId="6A038472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 xml:space="preserve">Uczestniczę w grach zespołowych, przestrzegając zasad fair </w:t>
            </w:r>
            <w:proofErr w:type="spellStart"/>
            <w:r w:rsidRPr="006719EC">
              <w:rPr>
                <w:lang w:val="pl-PL"/>
              </w:rPr>
              <w:t>play</w:t>
            </w:r>
            <w:proofErr w:type="spellEnd"/>
            <w:r w:rsidRPr="006719EC">
              <w:rPr>
                <w:lang w:val="pl-PL"/>
              </w:rPr>
              <w:t>.</w:t>
            </w:r>
          </w:p>
        </w:tc>
      </w:tr>
      <w:tr w:rsidR="000E1558" w:rsidRPr="00B21E25" w14:paraId="32568A66" w14:textId="77777777">
        <w:tc>
          <w:tcPr>
            <w:tcW w:w="8640" w:type="dxa"/>
          </w:tcPr>
          <w:p w14:paraId="3D8F0243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Rozwijam sprawność ruchową poprzez ćwiczenia i zabawy.</w:t>
            </w:r>
          </w:p>
        </w:tc>
      </w:tr>
      <w:tr w:rsidR="000E1558" w:rsidRPr="00B21E25" w14:paraId="005381DC" w14:textId="77777777">
        <w:tc>
          <w:tcPr>
            <w:tcW w:w="8640" w:type="dxa"/>
          </w:tcPr>
          <w:p w14:paraId="3D083E86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Dbam o prawidłową postawę ciała podczas codziennych czynności.</w:t>
            </w:r>
          </w:p>
        </w:tc>
      </w:tr>
      <w:tr w:rsidR="000E1558" w:rsidRPr="00B21E25" w14:paraId="6991DAD6" w14:textId="77777777">
        <w:tc>
          <w:tcPr>
            <w:tcW w:w="8640" w:type="dxa"/>
          </w:tcPr>
          <w:p w14:paraId="1EA98CF8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Stosuję zasady higieny i zdrowego trybu życia.</w:t>
            </w:r>
          </w:p>
        </w:tc>
      </w:tr>
      <w:tr w:rsidR="000E1558" w:rsidRPr="00B21E25" w14:paraId="61759921" w14:textId="77777777">
        <w:tc>
          <w:tcPr>
            <w:tcW w:w="8640" w:type="dxa"/>
          </w:tcPr>
          <w:p w14:paraId="1B853CAE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Rozumiem, jak ważna je</w:t>
            </w:r>
            <w:r w:rsidRPr="006719EC">
              <w:rPr>
                <w:lang w:val="pl-PL"/>
              </w:rPr>
              <w:t>st aktywność fizyczna dla zdrowia.</w:t>
            </w:r>
          </w:p>
        </w:tc>
      </w:tr>
      <w:tr w:rsidR="000E1558" w:rsidRPr="00B21E25" w14:paraId="15683BA9" w14:textId="77777777">
        <w:tc>
          <w:tcPr>
            <w:tcW w:w="8640" w:type="dxa"/>
          </w:tcPr>
          <w:p w14:paraId="7780707C" w14:textId="77777777" w:rsidR="000E1558" w:rsidRPr="006719EC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Współpracuję z innymi w grach i zabawach zespołowych.</w:t>
            </w:r>
          </w:p>
        </w:tc>
      </w:tr>
      <w:tr w:rsidR="000E1558" w:rsidRPr="00B21E25" w14:paraId="676119FD" w14:textId="77777777">
        <w:tc>
          <w:tcPr>
            <w:tcW w:w="8640" w:type="dxa"/>
          </w:tcPr>
          <w:p w14:paraId="50B6A639" w14:textId="77777777" w:rsidR="000E1558" w:rsidRDefault="00A3418D" w:rsidP="006719EC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6719EC">
              <w:rPr>
                <w:lang w:val="pl-PL"/>
              </w:rPr>
              <w:t>Potrafię dobrać aktywność ruchową odpowiednią do swoich możliwości.</w:t>
            </w:r>
          </w:p>
          <w:p w14:paraId="7AEF87C1" w14:textId="77777777" w:rsidR="00B21E25" w:rsidRDefault="00B21E25" w:rsidP="00B21E25">
            <w:pPr>
              <w:rPr>
                <w:lang w:val="pl-PL"/>
              </w:rPr>
            </w:pPr>
          </w:p>
          <w:p w14:paraId="6D62A56B" w14:textId="77777777" w:rsidR="00B21E25" w:rsidRDefault="00B21E25" w:rsidP="00B21E25">
            <w:pPr>
              <w:rPr>
                <w:lang w:val="pl-PL"/>
              </w:rPr>
            </w:pPr>
            <w:r w:rsidRPr="00B21E25">
              <w:rPr>
                <w:color w:val="4F81BD" w:themeColor="accent1"/>
                <w:sz w:val="26"/>
                <w:szCs w:val="26"/>
                <w:lang w:val="pl-PL"/>
              </w:rPr>
              <w:t>Edukacja informatyczna</w:t>
            </w:r>
            <w:r>
              <w:rPr>
                <w:lang w:val="pl-PL"/>
              </w:rPr>
              <w:br/>
              <w:t>Wymagania edukacyjne</w:t>
            </w:r>
          </w:p>
          <w:p w14:paraId="00092440" w14:textId="5E5623B7" w:rsidR="00B21E25" w:rsidRDefault="00B21E25" w:rsidP="00B21E25">
            <w:pPr>
              <w:pStyle w:val="NormalnyWeb"/>
              <w:numPr>
                <w:ilvl w:val="0"/>
                <w:numId w:val="14"/>
              </w:numPr>
              <w:spacing w:line="360" w:lineRule="auto"/>
            </w:pPr>
            <w:r>
              <w:t>Tworzę krótkie teksty, rysunki i proste prezentacje z użyciem programu komputerowego.</w:t>
            </w:r>
          </w:p>
          <w:p w14:paraId="79C06983" w14:textId="29A51406" w:rsidR="00B21E25" w:rsidRDefault="00B21E25" w:rsidP="00B21E25">
            <w:pPr>
              <w:pStyle w:val="NormalnyWeb"/>
              <w:numPr>
                <w:ilvl w:val="0"/>
                <w:numId w:val="14"/>
              </w:numPr>
              <w:spacing w:line="360" w:lineRule="auto"/>
            </w:pPr>
            <w:r>
              <w:t xml:space="preserve">Korzystam z </w:t>
            </w:r>
            <w:proofErr w:type="spellStart"/>
            <w:r>
              <w:t>internetu</w:t>
            </w:r>
            <w:proofErr w:type="spellEnd"/>
            <w:r>
              <w:t xml:space="preserve"> w sposób bezpieczny i odpowiedzialny.</w:t>
            </w:r>
          </w:p>
          <w:p w14:paraId="659CC49E" w14:textId="3CFDFD47" w:rsidR="00B21E25" w:rsidRDefault="00B21E25" w:rsidP="00B21E25">
            <w:pPr>
              <w:pStyle w:val="NormalnyWeb"/>
              <w:numPr>
                <w:ilvl w:val="0"/>
                <w:numId w:val="14"/>
              </w:numPr>
              <w:spacing w:line="360" w:lineRule="auto"/>
            </w:pPr>
            <w:r>
              <w:t>Rozwiązuję proste zadania z elementami programowania i algorytmiki (np. układanie poleceń w odpowiedniej kolejności).</w:t>
            </w:r>
          </w:p>
          <w:p w14:paraId="4A2FDCCE" w14:textId="487FEF23" w:rsidR="00B21E25" w:rsidRDefault="00B21E25" w:rsidP="00B21E25">
            <w:pPr>
              <w:pStyle w:val="NormalnyWeb"/>
              <w:numPr>
                <w:ilvl w:val="0"/>
                <w:numId w:val="14"/>
              </w:numPr>
              <w:spacing w:line="360" w:lineRule="auto"/>
            </w:pPr>
            <w:r>
              <w:t>Potrafię korzystać z podstawowych funkcji edytora tekstu (np. zmiana wielkości liter, zapis dokumentu).</w:t>
            </w:r>
          </w:p>
          <w:p w14:paraId="5AC58A8D" w14:textId="292D96FE" w:rsidR="00B21E25" w:rsidRPr="00B21E25" w:rsidRDefault="00B21E25" w:rsidP="00B21E25">
            <w:pPr>
              <w:rPr>
                <w:lang w:val="pl-PL"/>
              </w:rPr>
            </w:pPr>
          </w:p>
        </w:tc>
      </w:tr>
    </w:tbl>
    <w:p w14:paraId="132EE5CA" w14:textId="77777777" w:rsidR="000E1558" w:rsidRPr="006719EC" w:rsidRDefault="000E1558">
      <w:pPr>
        <w:rPr>
          <w:lang w:val="pl-PL"/>
        </w:rPr>
      </w:pPr>
    </w:p>
    <w:sectPr w:rsidR="000E1558" w:rsidRPr="006719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877F7"/>
    <w:multiLevelType w:val="hybridMultilevel"/>
    <w:tmpl w:val="0332D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83685"/>
    <w:multiLevelType w:val="hybridMultilevel"/>
    <w:tmpl w:val="99A84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F4C1A"/>
    <w:multiLevelType w:val="hybridMultilevel"/>
    <w:tmpl w:val="AE8A5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B0ABF"/>
    <w:multiLevelType w:val="hybridMultilevel"/>
    <w:tmpl w:val="09F8D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577DDC"/>
    <w:multiLevelType w:val="hybridMultilevel"/>
    <w:tmpl w:val="8C5E8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311F7"/>
    <w:multiLevelType w:val="hybridMultilevel"/>
    <w:tmpl w:val="B3160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4"/>
  </w:num>
  <w:num w:numId="13">
    <w:abstractNumId w:val="13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558"/>
    <w:rsid w:val="0015074B"/>
    <w:rsid w:val="0029639D"/>
    <w:rsid w:val="00326F90"/>
    <w:rsid w:val="00512573"/>
    <w:rsid w:val="006719EC"/>
    <w:rsid w:val="00A3418D"/>
    <w:rsid w:val="00AA1D8D"/>
    <w:rsid w:val="00B21E25"/>
    <w:rsid w:val="00B47730"/>
    <w:rsid w:val="00B50C1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AE5A8"/>
  <w14:defaultImageDpi w14:val="300"/>
  <w15:docId w15:val="{22179DF1-86F3-FF4E-A55C-91F07DAC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512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4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Mitelska Karolina</cp:lastModifiedBy>
  <cp:revision>2</cp:revision>
  <dcterms:created xsi:type="dcterms:W3CDTF">2026-09-08T04:33:00Z</dcterms:created>
  <dcterms:modified xsi:type="dcterms:W3CDTF">2026-09-08T04:33:00Z</dcterms:modified>
  <cp:category/>
</cp:coreProperties>
</file>