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5A8CA" w14:textId="77777777" w:rsidR="00F4717C" w:rsidRPr="008668A7" w:rsidRDefault="000F3D65">
      <w:pPr>
        <w:pStyle w:val="Nagwek1"/>
        <w:rPr>
          <w:lang w:val="pl-PL"/>
        </w:rPr>
      </w:pPr>
      <w:r w:rsidRPr="008668A7">
        <w:rPr>
          <w:lang w:val="pl-PL"/>
        </w:rPr>
        <w:t>Wymagania edukacyjne – klasa II</w:t>
      </w:r>
    </w:p>
    <w:p w14:paraId="6799232C" w14:textId="77777777" w:rsidR="00F4717C" w:rsidRPr="008668A7" w:rsidRDefault="000F3D65">
      <w:pPr>
        <w:pStyle w:val="Nagwek2"/>
        <w:rPr>
          <w:lang w:val="pl-PL"/>
        </w:rPr>
      </w:pPr>
      <w:r w:rsidRPr="008668A7">
        <w:rPr>
          <w:lang w:val="pl-PL"/>
        </w:rPr>
        <w:t>Edukacja polonistyczna – czytanie, pisanie, mówienie, słuchanie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F4717C" w14:paraId="5CB61788" w14:textId="77777777">
        <w:tc>
          <w:tcPr>
            <w:tcW w:w="8640" w:type="dxa"/>
          </w:tcPr>
          <w:p w14:paraId="78E74E5C" w14:textId="6C316174" w:rsidR="00F4717C" w:rsidRDefault="000F3D65">
            <w:proofErr w:type="spellStart"/>
            <w:r>
              <w:t>Wymagania</w:t>
            </w:r>
            <w:proofErr w:type="spellEnd"/>
            <w:r>
              <w:t xml:space="preserve"> </w:t>
            </w:r>
            <w:proofErr w:type="spellStart"/>
            <w:r>
              <w:t>edukacyjne</w:t>
            </w:r>
            <w:proofErr w:type="spellEnd"/>
            <w:r>
              <w:t xml:space="preserve"> </w:t>
            </w:r>
          </w:p>
        </w:tc>
      </w:tr>
      <w:tr w:rsidR="00F4717C" w:rsidRPr="00255725" w14:paraId="48DAB52D" w14:textId="77777777">
        <w:tc>
          <w:tcPr>
            <w:tcW w:w="8640" w:type="dxa"/>
          </w:tcPr>
          <w:p w14:paraId="50B19CD7" w14:textId="77777777" w:rsidR="00F4717C" w:rsidRPr="008668A7" w:rsidRDefault="000F3D65" w:rsidP="008668A7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  <w:r w:rsidRPr="008668A7">
              <w:rPr>
                <w:lang w:val="pl-PL"/>
              </w:rPr>
              <w:t>Czytam płynnie krótkie teksty i rozumiem ich treść.</w:t>
            </w:r>
          </w:p>
        </w:tc>
      </w:tr>
      <w:tr w:rsidR="00F4717C" w:rsidRPr="00255725" w14:paraId="132EF4AD" w14:textId="77777777">
        <w:tc>
          <w:tcPr>
            <w:tcW w:w="8640" w:type="dxa"/>
          </w:tcPr>
          <w:p w14:paraId="09656DB8" w14:textId="77777777" w:rsidR="00F4717C" w:rsidRPr="008668A7" w:rsidRDefault="000F3D65" w:rsidP="008668A7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  <w:r w:rsidRPr="008668A7">
              <w:rPr>
                <w:lang w:val="pl-PL"/>
              </w:rPr>
              <w:t>Odróżniam zdanie oznajmujące, pytające i rozkazujące.</w:t>
            </w:r>
          </w:p>
        </w:tc>
      </w:tr>
      <w:tr w:rsidR="00F4717C" w:rsidRPr="00255725" w14:paraId="7D135118" w14:textId="77777777">
        <w:tc>
          <w:tcPr>
            <w:tcW w:w="8640" w:type="dxa"/>
          </w:tcPr>
          <w:p w14:paraId="0B6D599B" w14:textId="77777777" w:rsidR="00F4717C" w:rsidRPr="008668A7" w:rsidRDefault="000F3D65" w:rsidP="008668A7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  <w:r w:rsidRPr="008668A7">
              <w:rPr>
                <w:lang w:val="pl-PL"/>
              </w:rPr>
              <w:t xml:space="preserve">Piszę krótkie </w:t>
            </w:r>
            <w:r w:rsidRPr="008668A7">
              <w:rPr>
                <w:lang w:val="pl-PL"/>
              </w:rPr>
              <w:t>opowiadania i listy.</w:t>
            </w:r>
          </w:p>
        </w:tc>
      </w:tr>
      <w:tr w:rsidR="00F4717C" w:rsidRPr="00255725" w14:paraId="49C262E2" w14:textId="77777777">
        <w:tc>
          <w:tcPr>
            <w:tcW w:w="8640" w:type="dxa"/>
          </w:tcPr>
          <w:p w14:paraId="691AF1FD" w14:textId="77777777" w:rsidR="00F4717C" w:rsidRPr="008668A7" w:rsidRDefault="000F3D65" w:rsidP="008668A7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  <w:r w:rsidRPr="008668A7">
              <w:rPr>
                <w:lang w:val="pl-PL"/>
              </w:rPr>
              <w:t>Stosuję podstawowe zasady ortografii i interpunkcji w prostych tekstach.</w:t>
            </w:r>
          </w:p>
        </w:tc>
      </w:tr>
      <w:tr w:rsidR="00F4717C" w:rsidRPr="00255725" w14:paraId="72D3CD29" w14:textId="77777777">
        <w:tc>
          <w:tcPr>
            <w:tcW w:w="8640" w:type="dxa"/>
          </w:tcPr>
          <w:p w14:paraId="41584820" w14:textId="77777777" w:rsidR="00F4717C" w:rsidRPr="008668A7" w:rsidRDefault="000F3D65" w:rsidP="008668A7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  <w:r w:rsidRPr="008668A7">
              <w:rPr>
                <w:lang w:val="pl-PL"/>
              </w:rPr>
              <w:t>Opowiadam wydarzenia w odpowiedniej kolejności.</w:t>
            </w:r>
          </w:p>
        </w:tc>
      </w:tr>
      <w:tr w:rsidR="00F4717C" w:rsidRPr="00255725" w14:paraId="428112BF" w14:textId="77777777">
        <w:tc>
          <w:tcPr>
            <w:tcW w:w="8640" w:type="dxa"/>
          </w:tcPr>
          <w:p w14:paraId="4272A06B" w14:textId="77777777" w:rsidR="00F4717C" w:rsidRPr="008668A7" w:rsidRDefault="000F3D65" w:rsidP="008668A7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  <w:r w:rsidRPr="008668A7">
              <w:rPr>
                <w:lang w:val="pl-PL"/>
              </w:rPr>
              <w:t>Zadaję pytania do tekstu i odpowiadam pełnym zdaniem.</w:t>
            </w:r>
          </w:p>
        </w:tc>
      </w:tr>
      <w:tr w:rsidR="00F4717C" w:rsidRPr="00255725" w14:paraId="0EC69061" w14:textId="77777777">
        <w:tc>
          <w:tcPr>
            <w:tcW w:w="8640" w:type="dxa"/>
          </w:tcPr>
          <w:p w14:paraId="6CB8F61C" w14:textId="77777777" w:rsidR="00F4717C" w:rsidRPr="008668A7" w:rsidRDefault="000F3D65" w:rsidP="008668A7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  <w:r w:rsidRPr="008668A7">
              <w:rPr>
                <w:lang w:val="pl-PL"/>
              </w:rPr>
              <w:t>Słucham wypowiedzi innych i wyrażam swoją opinię.</w:t>
            </w:r>
          </w:p>
        </w:tc>
      </w:tr>
      <w:tr w:rsidR="00F4717C" w:rsidRPr="00255725" w14:paraId="1FF5A81F" w14:textId="77777777">
        <w:tc>
          <w:tcPr>
            <w:tcW w:w="8640" w:type="dxa"/>
          </w:tcPr>
          <w:p w14:paraId="729D849E" w14:textId="77777777" w:rsidR="00F4717C" w:rsidRPr="008668A7" w:rsidRDefault="000F3D65" w:rsidP="008668A7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  <w:r w:rsidRPr="008668A7">
              <w:rPr>
                <w:lang w:val="pl-PL"/>
              </w:rPr>
              <w:t>Korzy</w:t>
            </w:r>
            <w:r w:rsidRPr="008668A7">
              <w:rPr>
                <w:lang w:val="pl-PL"/>
              </w:rPr>
              <w:t>stam ze słowników obrazkowych i prostych źródeł informacji.</w:t>
            </w:r>
          </w:p>
        </w:tc>
      </w:tr>
    </w:tbl>
    <w:p w14:paraId="2E3F775E" w14:textId="77777777" w:rsidR="00F4717C" w:rsidRPr="008668A7" w:rsidRDefault="00F4717C">
      <w:pPr>
        <w:rPr>
          <w:lang w:val="pl-PL"/>
        </w:rPr>
      </w:pPr>
    </w:p>
    <w:p w14:paraId="53D31D46" w14:textId="77777777" w:rsidR="00F4717C" w:rsidRDefault="000F3D65">
      <w:pPr>
        <w:pStyle w:val="Nagwek2"/>
      </w:pPr>
      <w:proofErr w:type="spellStart"/>
      <w:r>
        <w:t>Edukacja</w:t>
      </w:r>
      <w:proofErr w:type="spellEnd"/>
      <w:r>
        <w:t xml:space="preserve"> </w:t>
      </w:r>
      <w:proofErr w:type="spellStart"/>
      <w:r>
        <w:t>matematyczna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F4717C" w14:paraId="3CCB6487" w14:textId="77777777">
        <w:tc>
          <w:tcPr>
            <w:tcW w:w="8640" w:type="dxa"/>
          </w:tcPr>
          <w:p w14:paraId="6516F53F" w14:textId="65594CB5" w:rsidR="00F4717C" w:rsidRDefault="000F3D65">
            <w:r>
              <w:t xml:space="preserve">Wymagania edukacyjne </w:t>
            </w:r>
          </w:p>
        </w:tc>
      </w:tr>
      <w:tr w:rsidR="00F4717C" w14:paraId="5F2C3DB9" w14:textId="77777777">
        <w:tc>
          <w:tcPr>
            <w:tcW w:w="8640" w:type="dxa"/>
          </w:tcPr>
          <w:p w14:paraId="61DC656F" w14:textId="5FB7374C" w:rsidR="00F4717C" w:rsidRDefault="000F3D65" w:rsidP="008668A7">
            <w:pPr>
              <w:pStyle w:val="Akapitzlist"/>
              <w:numPr>
                <w:ilvl w:val="0"/>
                <w:numId w:val="11"/>
              </w:numPr>
            </w:pPr>
            <w:proofErr w:type="spellStart"/>
            <w:r>
              <w:t>Liczę</w:t>
            </w:r>
            <w:proofErr w:type="spellEnd"/>
            <w:r>
              <w:t xml:space="preserve"> w </w:t>
            </w:r>
            <w:proofErr w:type="spellStart"/>
            <w:r>
              <w:t>zakresie</w:t>
            </w:r>
            <w:proofErr w:type="spellEnd"/>
            <w:r>
              <w:t xml:space="preserve"> </w:t>
            </w:r>
            <w:r w:rsidR="00B3054C">
              <w:t>100.</w:t>
            </w:r>
          </w:p>
        </w:tc>
      </w:tr>
      <w:tr w:rsidR="00F4717C" w:rsidRPr="00255725" w14:paraId="63FB6EAF" w14:textId="77777777">
        <w:tc>
          <w:tcPr>
            <w:tcW w:w="8640" w:type="dxa"/>
          </w:tcPr>
          <w:p w14:paraId="3F48B959" w14:textId="7AA54FE5" w:rsidR="00F4717C" w:rsidRPr="008668A7" w:rsidRDefault="000F3D65" w:rsidP="008668A7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8668A7">
              <w:rPr>
                <w:lang w:val="pl-PL"/>
              </w:rPr>
              <w:t>Wykonuję działania mnożeni</w:t>
            </w:r>
            <w:r w:rsidR="008668A7">
              <w:rPr>
                <w:lang w:val="pl-PL"/>
              </w:rPr>
              <w:t>a</w:t>
            </w:r>
            <w:r w:rsidRPr="008668A7">
              <w:rPr>
                <w:lang w:val="pl-PL"/>
              </w:rPr>
              <w:t xml:space="preserve"> i dzieleni</w:t>
            </w:r>
            <w:r w:rsidR="008668A7">
              <w:rPr>
                <w:lang w:val="pl-PL"/>
              </w:rPr>
              <w:t xml:space="preserve">a w zakresie </w:t>
            </w:r>
            <w:r w:rsidR="00B3054C">
              <w:rPr>
                <w:lang w:val="pl-PL"/>
              </w:rPr>
              <w:t>50</w:t>
            </w:r>
            <w:r w:rsidRPr="008668A7">
              <w:rPr>
                <w:lang w:val="pl-PL"/>
              </w:rPr>
              <w:t>.</w:t>
            </w:r>
          </w:p>
        </w:tc>
      </w:tr>
      <w:tr w:rsidR="00F4717C" w:rsidRPr="00255725" w14:paraId="7CAB0088" w14:textId="77777777">
        <w:tc>
          <w:tcPr>
            <w:tcW w:w="8640" w:type="dxa"/>
          </w:tcPr>
          <w:p w14:paraId="3FD22A3B" w14:textId="77777777" w:rsidR="00F4717C" w:rsidRPr="008668A7" w:rsidRDefault="000F3D65" w:rsidP="008668A7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8668A7">
              <w:rPr>
                <w:lang w:val="pl-PL"/>
              </w:rPr>
              <w:t>Rozwiązuję zadania tekstowe wymagające jednego działania.</w:t>
            </w:r>
          </w:p>
        </w:tc>
      </w:tr>
      <w:tr w:rsidR="00F4717C" w:rsidRPr="00255725" w14:paraId="0B917390" w14:textId="77777777">
        <w:tc>
          <w:tcPr>
            <w:tcW w:w="8640" w:type="dxa"/>
          </w:tcPr>
          <w:p w14:paraId="47405F36" w14:textId="77777777" w:rsidR="00F4717C" w:rsidRPr="008668A7" w:rsidRDefault="000F3D65" w:rsidP="008668A7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8668A7">
              <w:rPr>
                <w:lang w:val="pl-PL"/>
              </w:rPr>
              <w:t>Rozpoznaję i rysuję podstawowe figury geometryczne.</w:t>
            </w:r>
          </w:p>
        </w:tc>
      </w:tr>
      <w:tr w:rsidR="00F4717C" w:rsidRPr="00255725" w14:paraId="4F01670C" w14:textId="77777777">
        <w:tc>
          <w:tcPr>
            <w:tcW w:w="8640" w:type="dxa"/>
          </w:tcPr>
          <w:p w14:paraId="660AFFBA" w14:textId="77777777" w:rsidR="00F4717C" w:rsidRPr="008668A7" w:rsidRDefault="000F3D65" w:rsidP="008668A7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8668A7">
              <w:rPr>
                <w:lang w:val="pl-PL"/>
              </w:rPr>
              <w:t>Odczytuję liczby trzycyfrowe i porównuję ich wielkość.</w:t>
            </w:r>
          </w:p>
        </w:tc>
      </w:tr>
      <w:tr w:rsidR="00F4717C" w:rsidRPr="00255725" w14:paraId="09855CCB" w14:textId="77777777">
        <w:tc>
          <w:tcPr>
            <w:tcW w:w="8640" w:type="dxa"/>
          </w:tcPr>
          <w:p w14:paraId="03DB2775" w14:textId="77777777" w:rsidR="00F4717C" w:rsidRPr="008668A7" w:rsidRDefault="000F3D65" w:rsidP="008668A7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8668A7">
              <w:rPr>
                <w:lang w:val="pl-PL"/>
              </w:rPr>
              <w:t>Posługuję się zegarem w pełnych i połowicznych godzinach.</w:t>
            </w:r>
          </w:p>
        </w:tc>
      </w:tr>
      <w:tr w:rsidR="00F4717C" w:rsidRPr="00255725" w14:paraId="737675D1" w14:textId="77777777">
        <w:tc>
          <w:tcPr>
            <w:tcW w:w="8640" w:type="dxa"/>
          </w:tcPr>
          <w:p w14:paraId="5C458E71" w14:textId="77777777" w:rsidR="00F4717C" w:rsidRPr="008668A7" w:rsidRDefault="000F3D65" w:rsidP="008668A7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8668A7">
              <w:rPr>
                <w:lang w:val="pl-PL"/>
              </w:rPr>
              <w:t>Obliczam wartości prostych zakupów z użyciem monet i banknotów.</w:t>
            </w:r>
          </w:p>
        </w:tc>
      </w:tr>
      <w:tr w:rsidR="00F4717C" w:rsidRPr="00255725" w14:paraId="7219F46E" w14:textId="77777777">
        <w:tc>
          <w:tcPr>
            <w:tcW w:w="8640" w:type="dxa"/>
          </w:tcPr>
          <w:p w14:paraId="2292BAEE" w14:textId="77777777" w:rsidR="00F4717C" w:rsidRPr="008668A7" w:rsidRDefault="000F3D65" w:rsidP="008668A7">
            <w:pPr>
              <w:pStyle w:val="Akapitzlist"/>
              <w:numPr>
                <w:ilvl w:val="0"/>
                <w:numId w:val="11"/>
              </w:numPr>
              <w:rPr>
                <w:lang w:val="pl-PL"/>
              </w:rPr>
            </w:pPr>
            <w:r w:rsidRPr="008668A7">
              <w:rPr>
                <w:lang w:val="pl-PL"/>
              </w:rPr>
              <w:t xml:space="preserve">Mierzę długość, wagę i </w:t>
            </w:r>
            <w:r w:rsidRPr="008668A7">
              <w:rPr>
                <w:lang w:val="pl-PL"/>
              </w:rPr>
              <w:t>pojemność prostych przedmiotów.</w:t>
            </w:r>
          </w:p>
        </w:tc>
      </w:tr>
    </w:tbl>
    <w:p w14:paraId="68C31419" w14:textId="77777777" w:rsidR="00F4717C" w:rsidRPr="008668A7" w:rsidRDefault="00F4717C">
      <w:pPr>
        <w:rPr>
          <w:lang w:val="pl-PL"/>
        </w:rPr>
      </w:pPr>
    </w:p>
    <w:p w14:paraId="1EE6F1C1" w14:textId="77777777" w:rsidR="00F4717C" w:rsidRDefault="000F3D65">
      <w:pPr>
        <w:pStyle w:val="Nagwek2"/>
      </w:pPr>
      <w:proofErr w:type="spellStart"/>
      <w:r>
        <w:t>Edukacja</w:t>
      </w:r>
      <w:proofErr w:type="spellEnd"/>
      <w:r>
        <w:t xml:space="preserve"> </w:t>
      </w:r>
      <w:proofErr w:type="spellStart"/>
      <w:r>
        <w:t>społeczno-przyrodnicza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F4717C" w14:paraId="3ABD3BC7" w14:textId="77777777">
        <w:tc>
          <w:tcPr>
            <w:tcW w:w="8640" w:type="dxa"/>
          </w:tcPr>
          <w:p w14:paraId="1CD53775" w14:textId="0D1AAADD" w:rsidR="00F4717C" w:rsidRDefault="000F3D65">
            <w:r>
              <w:t xml:space="preserve">Wymagania edukacyjne </w:t>
            </w:r>
          </w:p>
        </w:tc>
      </w:tr>
      <w:tr w:rsidR="00F4717C" w:rsidRPr="00255725" w14:paraId="23DB7FF4" w14:textId="77777777">
        <w:tc>
          <w:tcPr>
            <w:tcW w:w="8640" w:type="dxa"/>
          </w:tcPr>
          <w:p w14:paraId="08AB0495" w14:textId="77777777" w:rsidR="00F4717C" w:rsidRPr="008668A7" w:rsidRDefault="000F3D65" w:rsidP="008668A7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8668A7">
              <w:rPr>
                <w:lang w:val="pl-PL"/>
              </w:rPr>
              <w:lastRenderedPageBreak/>
              <w:t>Znam swoje miejsce w rodzinie, klasie i społeczności lokalnej.</w:t>
            </w:r>
          </w:p>
        </w:tc>
      </w:tr>
      <w:tr w:rsidR="00F4717C" w:rsidRPr="00255725" w14:paraId="4303063B" w14:textId="77777777">
        <w:tc>
          <w:tcPr>
            <w:tcW w:w="8640" w:type="dxa"/>
          </w:tcPr>
          <w:p w14:paraId="36C8737B" w14:textId="77777777" w:rsidR="00F4717C" w:rsidRPr="008668A7" w:rsidRDefault="000F3D65" w:rsidP="008668A7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8668A7">
              <w:rPr>
                <w:lang w:val="pl-PL"/>
              </w:rPr>
              <w:t>Opowiadam o swojej miejscowości i najbliższym otoczeniu.</w:t>
            </w:r>
          </w:p>
        </w:tc>
      </w:tr>
      <w:tr w:rsidR="00F4717C" w:rsidRPr="00255725" w14:paraId="7E9060A4" w14:textId="77777777">
        <w:tc>
          <w:tcPr>
            <w:tcW w:w="8640" w:type="dxa"/>
          </w:tcPr>
          <w:p w14:paraId="6612E963" w14:textId="77777777" w:rsidR="00F4717C" w:rsidRPr="008668A7" w:rsidRDefault="000F3D65" w:rsidP="008668A7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8668A7">
              <w:rPr>
                <w:lang w:val="pl-PL"/>
              </w:rPr>
              <w:t xml:space="preserve">Rozpoznaję podstawowe gatunki roślin i </w:t>
            </w:r>
            <w:r w:rsidRPr="008668A7">
              <w:rPr>
                <w:lang w:val="pl-PL"/>
              </w:rPr>
              <w:t>zwierząt w środowisku naturalnym.</w:t>
            </w:r>
          </w:p>
        </w:tc>
      </w:tr>
      <w:tr w:rsidR="00F4717C" w:rsidRPr="00255725" w14:paraId="1EEA9358" w14:textId="77777777">
        <w:tc>
          <w:tcPr>
            <w:tcW w:w="8640" w:type="dxa"/>
          </w:tcPr>
          <w:p w14:paraId="03D86014" w14:textId="77777777" w:rsidR="00F4717C" w:rsidRPr="008668A7" w:rsidRDefault="000F3D65" w:rsidP="008668A7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8668A7">
              <w:rPr>
                <w:lang w:val="pl-PL"/>
              </w:rPr>
              <w:t>Obserwuję i opisuję zmiany w przyrodzie w poszczególnych porach roku.</w:t>
            </w:r>
          </w:p>
        </w:tc>
      </w:tr>
      <w:tr w:rsidR="00F4717C" w:rsidRPr="00255725" w14:paraId="6E4D592D" w14:textId="77777777">
        <w:tc>
          <w:tcPr>
            <w:tcW w:w="8640" w:type="dxa"/>
          </w:tcPr>
          <w:p w14:paraId="282353AA" w14:textId="77777777" w:rsidR="00F4717C" w:rsidRPr="008668A7" w:rsidRDefault="000F3D65" w:rsidP="008668A7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8668A7">
              <w:rPr>
                <w:lang w:val="pl-PL"/>
              </w:rPr>
              <w:t>Wyjaśniam, jak należy dbać o środowisko.</w:t>
            </w:r>
          </w:p>
        </w:tc>
      </w:tr>
      <w:tr w:rsidR="00F4717C" w:rsidRPr="00255725" w14:paraId="7AA748C4" w14:textId="77777777">
        <w:tc>
          <w:tcPr>
            <w:tcW w:w="8640" w:type="dxa"/>
          </w:tcPr>
          <w:p w14:paraId="28630AEF" w14:textId="77777777" w:rsidR="00F4717C" w:rsidRPr="008668A7" w:rsidRDefault="000F3D65" w:rsidP="008668A7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8668A7">
              <w:rPr>
                <w:lang w:val="pl-PL"/>
              </w:rPr>
              <w:t>Znam podstawowe zasady bezpiecznego zachowania w ruchu drogowym.</w:t>
            </w:r>
          </w:p>
        </w:tc>
      </w:tr>
      <w:tr w:rsidR="00F4717C" w:rsidRPr="00255725" w14:paraId="4551BE09" w14:textId="77777777">
        <w:tc>
          <w:tcPr>
            <w:tcW w:w="8640" w:type="dxa"/>
          </w:tcPr>
          <w:p w14:paraId="7E9F6E27" w14:textId="77777777" w:rsidR="00F4717C" w:rsidRPr="008668A7" w:rsidRDefault="000F3D65" w:rsidP="008668A7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8668A7">
              <w:rPr>
                <w:lang w:val="pl-PL"/>
              </w:rPr>
              <w:t xml:space="preserve">Rozpoznaję święta i </w:t>
            </w:r>
            <w:r w:rsidRPr="008668A7">
              <w:rPr>
                <w:lang w:val="pl-PL"/>
              </w:rPr>
              <w:t>uroczystości narodowe.</w:t>
            </w:r>
          </w:p>
        </w:tc>
      </w:tr>
      <w:tr w:rsidR="00F4717C" w:rsidRPr="00255725" w14:paraId="14596C2C" w14:textId="77777777">
        <w:tc>
          <w:tcPr>
            <w:tcW w:w="8640" w:type="dxa"/>
          </w:tcPr>
          <w:p w14:paraId="6BF44073" w14:textId="77777777" w:rsidR="00F4717C" w:rsidRPr="008668A7" w:rsidRDefault="000F3D65" w:rsidP="008668A7">
            <w:pPr>
              <w:pStyle w:val="Akapitzlist"/>
              <w:numPr>
                <w:ilvl w:val="0"/>
                <w:numId w:val="12"/>
              </w:numPr>
              <w:rPr>
                <w:lang w:val="pl-PL"/>
              </w:rPr>
            </w:pPr>
            <w:r w:rsidRPr="008668A7">
              <w:rPr>
                <w:lang w:val="pl-PL"/>
              </w:rPr>
              <w:t>Uczestniczę w życiu klasy i rozumiem znaczenie współpracy.</w:t>
            </w:r>
          </w:p>
        </w:tc>
      </w:tr>
    </w:tbl>
    <w:p w14:paraId="45979925" w14:textId="77777777" w:rsidR="00F4717C" w:rsidRPr="008668A7" w:rsidRDefault="00F4717C">
      <w:pPr>
        <w:rPr>
          <w:lang w:val="pl-PL"/>
        </w:rPr>
      </w:pPr>
    </w:p>
    <w:p w14:paraId="63DAED04" w14:textId="29401748" w:rsidR="00F4717C" w:rsidRPr="002C02FC" w:rsidRDefault="000F3D65">
      <w:pPr>
        <w:pStyle w:val="Nagwek2"/>
        <w:rPr>
          <w:lang w:val="pl-PL"/>
        </w:rPr>
      </w:pPr>
      <w:r w:rsidRPr="002C02FC">
        <w:rPr>
          <w:lang w:val="pl-PL"/>
        </w:rPr>
        <w:t>Edukacja plasty</w:t>
      </w:r>
      <w:r w:rsidR="008668A7" w:rsidRPr="002C02FC">
        <w:rPr>
          <w:lang w:val="pl-PL"/>
        </w:rPr>
        <w:t>czna</w:t>
      </w:r>
      <w:r w:rsidR="002C02FC" w:rsidRPr="002C02FC">
        <w:rPr>
          <w:lang w:val="pl-PL"/>
        </w:rPr>
        <w:t>, techniczna i</w:t>
      </w:r>
      <w:r w:rsidR="008668A7" w:rsidRPr="002C02FC">
        <w:rPr>
          <w:lang w:val="pl-PL"/>
        </w:rPr>
        <w:t xml:space="preserve"> </w:t>
      </w:r>
      <w:r w:rsidRPr="002C02FC">
        <w:rPr>
          <w:lang w:val="pl-PL"/>
        </w:rPr>
        <w:t>muzy</w:t>
      </w:r>
      <w:r w:rsidR="008668A7" w:rsidRPr="002C02FC">
        <w:rPr>
          <w:lang w:val="pl-PL"/>
        </w:rPr>
        <w:t>czna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F4717C" w14:paraId="4C9300C2" w14:textId="77777777">
        <w:tc>
          <w:tcPr>
            <w:tcW w:w="8640" w:type="dxa"/>
          </w:tcPr>
          <w:p w14:paraId="60C3A4B8" w14:textId="32796598" w:rsidR="00F4717C" w:rsidRDefault="000F3D65">
            <w:proofErr w:type="spellStart"/>
            <w:r>
              <w:t>Wymagania</w:t>
            </w:r>
            <w:proofErr w:type="spellEnd"/>
            <w:r>
              <w:t xml:space="preserve"> </w:t>
            </w:r>
            <w:proofErr w:type="spellStart"/>
            <w:r>
              <w:t>edukacyjne</w:t>
            </w:r>
            <w:proofErr w:type="spellEnd"/>
            <w:r>
              <w:t xml:space="preserve"> </w:t>
            </w:r>
          </w:p>
        </w:tc>
      </w:tr>
      <w:tr w:rsidR="00F4717C" w:rsidRPr="00255725" w14:paraId="5898B32A" w14:textId="77777777">
        <w:tc>
          <w:tcPr>
            <w:tcW w:w="8640" w:type="dxa"/>
          </w:tcPr>
          <w:p w14:paraId="3E90EB1E" w14:textId="77777777" w:rsidR="00F4717C" w:rsidRPr="008668A7" w:rsidRDefault="000F3D65" w:rsidP="008668A7">
            <w:pPr>
              <w:pStyle w:val="Akapitzlist"/>
              <w:numPr>
                <w:ilvl w:val="0"/>
                <w:numId w:val="13"/>
              </w:numPr>
              <w:rPr>
                <w:lang w:val="pl-PL"/>
              </w:rPr>
            </w:pPr>
            <w:r w:rsidRPr="008668A7">
              <w:rPr>
                <w:lang w:val="pl-PL"/>
              </w:rPr>
              <w:t>Wykonuję prace plastyczne różnymi technikami, dbając o estetykę.</w:t>
            </w:r>
          </w:p>
        </w:tc>
      </w:tr>
      <w:tr w:rsidR="00F4717C" w:rsidRPr="00255725" w14:paraId="259F1DF1" w14:textId="77777777">
        <w:tc>
          <w:tcPr>
            <w:tcW w:w="8640" w:type="dxa"/>
          </w:tcPr>
          <w:p w14:paraId="751E4738" w14:textId="77777777" w:rsidR="00F4717C" w:rsidRPr="008668A7" w:rsidRDefault="000F3D65" w:rsidP="008668A7">
            <w:pPr>
              <w:pStyle w:val="Akapitzlist"/>
              <w:numPr>
                <w:ilvl w:val="0"/>
                <w:numId w:val="13"/>
              </w:numPr>
              <w:rPr>
                <w:lang w:val="pl-PL"/>
              </w:rPr>
            </w:pPr>
            <w:r w:rsidRPr="008668A7">
              <w:rPr>
                <w:lang w:val="pl-PL"/>
              </w:rPr>
              <w:t xml:space="preserve">Śpiewam piosenki z </w:t>
            </w:r>
            <w:r w:rsidRPr="008668A7">
              <w:rPr>
                <w:lang w:val="pl-PL"/>
              </w:rPr>
              <w:t>zachowaniem rytmu i melodii.</w:t>
            </w:r>
          </w:p>
        </w:tc>
      </w:tr>
      <w:tr w:rsidR="00F4717C" w14:paraId="60BC097D" w14:textId="77777777">
        <w:tc>
          <w:tcPr>
            <w:tcW w:w="8640" w:type="dxa"/>
          </w:tcPr>
          <w:p w14:paraId="644C5DEC" w14:textId="77777777" w:rsidR="00F4717C" w:rsidRDefault="000F3D65" w:rsidP="008668A7">
            <w:pPr>
              <w:pStyle w:val="Akapitzlist"/>
              <w:numPr>
                <w:ilvl w:val="0"/>
                <w:numId w:val="13"/>
              </w:numPr>
            </w:pPr>
            <w:proofErr w:type="spellStart"/>
            <w:r>
              <w:t>Rozpoznaję</w:t>
            </w:r>
            <w:proofErr w:type="spellEnd"/>
            <w:r>
              <w:t xml:space="preserve"> </w:t>
            </w:r>
            <w:proofErr w:type="spellStart"/>
            <w:r>
              <w:t>wybrane</w:t>
            </w:r>
            <w:proofErr w:type="spellEnd"/>
            <w:r>
              <w:t xml:space="preserve"> </w:t>
            </w:r>
            <w:proofErr w:type="spellStart"/>
            <w:r>
              <w:t>instrumenty</w:t>
            </w:r>
            <w:proofErr w:type="spellEnd"/>
            <w:r>
              <w:t xml:space="preserve"> </w:t>
            </w:r>
            <w:proofErr w:type="spellStart"/>
            <w:r>
              <w:t>muzyczne</w:t>
            </w:r>
            <w:proofErr w:type="spellEnd"/>
            <w:r>
              <w:t>.</w:t>
            </w:r>
          </w:p>
        </w:tc>
      </w:tr>
      <w:tr w:rsidR="00F4717C" w:rsidRPr="00255725" w14:paraId="2545C048" w14:textId="77777777">
        <w:tc>
          <w:tcPr>
            <w:tcW w:w="8640" w:type="dxa"/>
          </w:tcPr>
          <w:p w14:paraId="28C4E9B0" w14:textId="77777777" w:rsidR="00F4717C" w:rsidRPr="008668A7" w:rsidRDefault="000F3D65" w:rsidP="008668A7">
            <w:pPr>
              <w:pStyle w:val="Akapitzlist"/>
              <w:numPr>
                <w:ilvl w:val="0"/>
                <w:numId w:val="13"/>
              </w:numPr>
              <w:rPr>
                <w:lang w:val="pl-PL"/>
              </w:rPr>
            </w:pPr>
            <w:r w:rsidRPr="008668A7">
              <w:rPr>
                <w:lang w:val="pl-PL"/>
              </w:rPr>
              <w:t>Improwizuję ruchem do muzyki i tworzę proste układy taneczne.</w:t>
            </w:r>
          </w:p>
        </w:tc>
      </w:tr>
      <w:tr w:rsidR="00F4717C" w:rsidRPr="00255725" w14:paraId="76B0089E" w14:textId="77777777">
        <w:tc>
          <w:tcPr>
            <w:tcW w:w="8640" w:type="dxa"/>
          </w:tcPr>
          <w:p w14:paraId="7FEE5E99" w14:textId="77777777" w:rsidR="00F4717C" w:rsidRPr="008668A7" w:rsidRDefault="000F3D65" w:rsidP="008668A7">
            <w:pPr>
              <w:pStyle w:val="Akapitzlist"/>
              <w:numPr>
                <w:ilvl w:val="0"/>
                <w:numId w:val="13"/>
              </w:numPr>
              <w:rPr>
                <w:lang w:val="pl-PL"/>
              </w:rPr>
            </w:pPr>
            <w:r w:rsidRPr="008668A7">
              <w:rPr>
                <w:lang w:val="pl-PL"/>
              </w:rPr>
              <w:t>Wykorzystuję wyobraźnię w tworzeniu prac plastycznych.</w:t>
            </w:r>
          </w:p>
        </w:tc>
      </w:tr>
      <w:tr w:rsidR="00F4717C" w:rsidRPr="00255725" w14:paraId="05AAD90F" w14:textId="77777777">
        <w:tc>
          <w:tcPr>
            <w:tcW w:w="8640" w:type="dxa"/>
          </w:tcPr>
          <w:p w14:paraId="5A478AF6" w14:textId="77777777" w:rsidR="00F4717C" w:rsidRPr="008668A7" w:rsidRDefault="000F3D65" w:rsidP="008668A7">
            <w:pPr>
              <w:pStyle w:val="Akapitzlist"/>
              <w:numPr>
                <w:ilvl w:val="0"/>
                <w:numId w:val="13"/>
              </w:numPr>
              <w:rPr>
                <w:lang w:val="pl-PL"/>
              </w:rPr>
            </w:pPr>
            <w:r w:rsidRPr="008668A7">
              <w:rPr>
                <w:lang w:val="pl-PL"/>
              </w:rPr>
              <w:t>Uczestniczę w przedstawieniach klasowych i szkolnych.</w:t>
            </w:r>
          </w:p>
        </w:tc>
      </w:tr>
      <w:tr w:rsidR="00F4717C" w:rsidRPr="00255725" w14:paraId="265364B5" w14:textId="77777777">
        <w:tc>
          <w:tcPr>
            <w:tcW w:w="8640" w:type="dxa"/>
          </w:tcPr>
          <w:p w14:paraId="6715FBFB" w14:textId="77777777" w:rsidR="002C02FC" w:rsidRDefault="000F3D65" w:rsidP="002C02FC">
            <w:pPr>
              <w:pStyle w:val="Akapitzlist"/>
              <w:numPr>
                <w:ilvl w:val="0"/>
                <w:numId w:val="13"/>
              </w:numPr>
              <w:spacing w:line="360" w:lineRule="auto"/>
              <w:rPr>
                <w:lang w:val="pl-PL"/>
              </w:rPr>
            </w:pPr>
            <w:r w:rsidRPr="008668A7">
              <w:rPr>
                <w:lang w:val="pl-PL"/>
              </w:rPr>
              <w:t xml:space="preserve">Odróżniam </w:t>
            </w:r>
            <w:r w:rsidRPr="008668A7">
              <w:rPr>
                <w:lang w:val="pl-PL"/>
              </w:rPr>
              <w:t>elementy muzyki: rytm, melodię, tempo.</w:t>
            </w:r>
          </w:p>
          <w:p w14:paraId="77423FE2" w14:textId="77777777" w:rsidR="002C02FC" w:rsidRDefault="002C02FC" w:rsidP="002C02FC">
            <w:pPr>
              <w:pStyle w:val="Akapitzlist"/>
              <w:numPr>
                <w:ilvl w:val="0"/>
                <w:numId w:val="13"/>
              </w:numPr>
              <w:spacing w:line="360" w:lineRule="auto"/>
              <w:rPr>
                <w:lang w:val="pl-PL"/>
              </w:rPr>
            </w:pPr>
            <w:r w:rsidRPr="002C02FC">
              <w:rPr>
                <w:lang w:val="pl-PL"/>
              </w:rPr>
              <w:t>Wykonuję proste przedmioty użytkowe i prace konstrukcyjne z różnych materiałów.</w:t>
            </w:r>
          </w:p>
          <w:p w14:paraId="1C0A179B" w14:textId="3CD5F5C4" w:rsidR="002C02FC" w:rsidRPr="002C02FC" w:rsidRDefault="002C02FC" w:rsidP="002C02FC">
            <w:pPr>
              <w:pStyle w:val="Akapitzlist"/>
              <w:numPr>
                <w:ilvl w:val="0"/>
                <w:numId w:val="13"/>
              </w:numPr>
              <w:spacing w:line="360" w:lineRule="auto"/>
              <w:rPr>
                <w:lang w:val="pl-PL"/>
              </w:rPr>
            </w:pPr>
            <w:r w:rsidRPr="002C02FC">
              <w:rPr>
                <w:lang w:val="pl-PL"/>
              </w:rPr>
              <w:t>Stosuję zasady bezpiecznego korzystania z narzędzi i dbam o porządek w miejscu pracy.</w:t>
            </w:r>
          </w:p>
          <w:p w14:paraId="0655D830" w14:textId="77777777" w:rsidR="002C02FC" w:rsidRPr="008668A7" w:rsidRDefault="002C02FC" w:rsidP="002C02FC">
            <w:pPr>
              <w:pStyle w:val="Akapitzlist"/>
              <w:rPr>
                <w:lang w:val="pl-PL"/>
              </w:rPr>
            </w:pPr>
          </w:p>
        </w:tc>
      </w:tr>
    </w:tbl>
    <w:p w14:paraId="684B413A" w14:textId="77777777" w:rsidR="00F4717C" w:rsidRPr="008668A7" w:rsidRDefault="00F4717C">
      <w:pPr>
        <w:rPr>
          <w:lang w:val="pl-PL"/>
        </w:rPr>
      </w:pPr>
    </w:p>
    <w:p w14:paraId="2A12473B" w14:textId="77777777" w:rsidR="00F4717C" w:rsidRDefault="000F3D65">
      <w:pPr>
        <w:pStyle w:val="Nagwek2"/>
      </w:pPr>
      <w:proofErr w:type="spellStart"/>
      <w:r>
        <w:t>Edukacja</w:t>
      </w:r>
      <w:proofErr w:type="spellEnd"/>
      <w:r>
        <w:t xml:space="preserve"> </w:t>
      </w:r>
      <w:proofErr w:type="spellStart"/>
      <w:r>
        <w:t>fizyczna</w:t>
      </w:r>
      <w:proofErr w:type="spellEnd"/>
      <w:r>
        <w:t xml:space="preserve"> i </w:t>
      </w:r>
      <w:proofErr w:type="spellStart"/>
      <w:r>
        <w:t>zdrowotna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F4717C" w14:paraId="285CCE1D" w14:textId="77777777">
        <w:tc>
          <w:tcPr>
            <w:tcW w:w="8640" w:type="dxa"/>
          </w:tcPr>
          <w:p w14:paraId="1A437143" w14:textId="412ADDF1" w:rsidR="00F4717C" w:rsidRDefault="000F3D65">
            <w:r>
              <w:t xml:space="preserve">Wymagania edukacyjne </w:t>
            </w:r>
          </w:p>
        </w:tc>
      </w:tr>
      <w:tr w:rsidR="00F4717C" w:rsidRPr="00255725" w14:paraId="63754B29" w14:textId="77777777">
        <w:tc>
          <w:tcPr>
            <w:tcW w:w="8640" w:type="dxa"/>
          </w:tcPr>
          <w:p w14:paraId="0B5BFFE9" w14:textId="77777777" w:rsidR="00F4717C" w:rsidRPr="008668A7" w:rsidRDefault="000F3D65" w:rsidP="008668A7">
            <w:pPr>
              <w:pStyle w:val="Akapitzlist"/>
              <w:numPr>
                <w:ilvl w:val="0"/>
                <w:numId w:val="14"/>
              </w:numPr>
              <w:rPr>
                <w:lang w:val="pl-PL"/>
              </w:rPr>
            </w:pPr>
            <w:r w:rsidRPr="008668A7">
              <w:rPr>
                <w:lang w:val="pl-PL"/>
              </w:rPr>
              <w:t>Wykonuję ćwiczenia gimnastyczne poprawnie i płynnie.</w:t>
            </w:r>
          </w:p>
        </w:tc>
      </w:tr>
      <w:tr w:rsidR="00F4717C" w:rsidRPr="00255725" w14:paraId="67F4FE8F" w14:textId="77777777">
        <w:tc>
          <w:tcPr>
            <w:tcW w:w="8640" w:type="dxa"/>
          </w:tcPr>
          <w:p w14:paraId="25D1429B" w14:textId="77777777" w:rsidR="00F4717C" w:rsidRPr="008668A7" w:rsidRDefault="000F3D65" w:rsidP="008668A7">
            <w:pPr>
              <w:pStyle w:val="Akapitzlist"/>
              <w:numPr>
                <w:ilvl w:val="0"/>
                <w:numId w:val="14"/>
              </w:numPr>
              <w:rPr>
                <w:lang w:val="pl-PL"/>
              </w:rPr>
            </w:pPr>
            <w:r w:rsidRPr="008668A7">
              <w:rPr>
                <w:lang w:val="pl-PL"/>
              </w:rPr>
              <w:lastRenderedPageBreak/>
              <w:t>Uczestniczę w grach zespołowych i przestrzegam ich zasad.</w:t>
            </w:r>
          </w:p>
        </w:tc>
      </w:tr>
      <w:tr w:rsidR="00F4717C" w:rsidRPr="00255725" w14:paraId="13D2AD74" w14:textId="77777777">
        <w:tc>
          <w:tcPr>
            <w:tcW w:w="8640" w:type="dxa"/>
          </w:tcPr>
          <w:p w14:paraId="3CD6B460" w14:textId="77777777" w:rsidR="00F4717C" w:rsidRPr="008668A7" w:rsidRDefault="000F3D65" w:rsidP="008668A7">
            <w:pPr>
              <w:pStyle w:val="Akapitzlist"/>
              <w:numPr>
                <w:ilvl w:val="0"/>
                <w:numId w:val="14"/>
              </w:numPr>
              <w:rPr>
                <w:lang w:val="pl-PL"/>
              </w:rPr>
            </w:pPr>
            <w:r w:rsidRPr="008668A7">
              <w:rPr>
                <w:lang w:val="pl-PL"/>
              </w:rPr>
              <w:t>Biorę udział w zabawach ruchowych na świeżym powietrzu.</w:t>
            </w:r>
          </w:p>
        </w:tc>
      </w:tr>
      <w:tr w:rsidR="00F4717C" w:rsidRPr="00255725" w14:paraId="1D2728F9" w14:textId="77777777">
        <w:tc>
          <w:tcPr>
            <w:tcW w:w="8640" w:type="dxa"/>
          </w:tcPr>
          <w:p w14:paraId="1455082B" w14:textId="77777777" w:rsidR="00F4717C" w:rsidRPr="008668A7" w:rsidRDefault="000F3D65" w:rsidP="008668A7">
            <w:pPr>
              <w:pStyle w:val="Akapitzlist"/>
              <w:numPr>
                <w:ilvl w:val="0"/>
                <w:numId w:val="14"/>
              </w:numPr>
              <w:rPr>
                <w:lang w:val="pl-PL"/>
              </w:rPr>
            </w:pPr>
            <w:r w:rsidRPr="008668A7">
              <w:rPr>
                <w:lang w:val="pl-PL"/>
              </w:rPr>
              <w:t xml:space="preserve">Dbam o prawidłową postawę ciała podczas siedzenia i </w:t>
            </w:r>
            <w:r w:rsidRPr="008668A7">
              <w:rPr>
                <w:lang w:val="pl-PL"/>
              </w:rPr>
              <w:t>chodzenia.</w:t>
            </w:r>
          </w:p>
        </w:tc>
      </w:tr>
      <w:tr w:rsidR="00F4717C" w:rsidRPr="00255725" w14:paraId="0F2229D5" w14:textId="77777777">
        <w:tc>
          <w:tcPr>
            <w:tcW w:w="8640" w:type="dxa"/>
          </w:tcPr>
          <w:p w14:paraId="025B99A6" w14:textId="77777777" w:rsidR="00F4717C" w:rsidRPr="008668A7" w:rsidRDefault="000F3D65" w:rsidP="008668A7">
            <w:pPr>
              <w:pStyle w:val="Akapitzlist"/>
              <w:numPr>
                <w:ilvl w:val="0"/>
                <w:numId w:val="14"/>
              </w:numPr>
              <w:rPr>
                <w:lang w:val="pl-PL"/>
              </w:rPr>
            </w:pPr>
            <w:r w:rsidRPr="008668A7">
              <w:rPr>
                <w:lang w:val="pl-PL"/>
              </w:rPr>
              <w:t>Przestrzegam zasad higieny i zdrowego trybu życia.</w:t>
            </w:r>
          </w:p>
        </w:tc>
      </w:tr>
      <w:tr w:rsidR="00F4717C" w:rsidRPr="00255725" w14:paraId="4CD41B60" w14:textId="77777777">
        <w:tc>
          <w:tcPr>
            <w:tcW w:w="8640" w:type="dxa"/>
          </w:tcPr>
          <w:p w14:paraId="2CAB9085" w14:textId="77777777" w:rsidR="00F4717C" w:rsidRPr="008668A7" w:rsidRDefault="000F3D65" w:rsidP="008668A7">
            <w:pPr>
              <w:pStyle w:val="Akapitzlist"/>
              <w:numPr>
                <w:ilvl w:val="0"/>
                <w:numId w:val="14"/>
              </w:numPr>
              <w:rPr>
                <w:lang w:val="pl-PL"/>
              </w:rPr>
            </w:pPr>
            <w:r w:rsidRPr="008668A7">
              <w:rPr>
                <w:lang w:val="pl-PL"/>
              </w:rPr>
              <w:t>Rozumiem, dlaczego ważna jest aktywność fizyczna.</w:t>
            </w:r>
          </w:p>
        </w:tc>
      </w:tr>
      <w:tr w:rsidR="00F4717C" w:rsidRPr="00255725" w14:paraId="11DCD595" w14:textId="77777777">
        <w:tc>
          <w:tcPr>
            <w:tcW w:w="8640" w:type="dxa"/>
          </w:tcPr>
          <w:p w14:paraId="002B22A5" w14:textId="77777777" w:rsidR="00F4717C" w:rsidRPr="008668A7" w:rsidRDefault="000F3D65" w:rsidP="008668A7">
            <w:pPr>
              <w:pStyle w:val="Akapitzlist"/>
              <w:numPr>
                <w:ilvl w:val="0"/>
                <w:numId w:val="14"/>
              </w:numPr>
              <w:rPr>
                <w:lang w:val="pl-PL"/>
              </w:rPr>
            </w:pPr>
            <w:r w:rsidRPr="008668A7">
              <w:rPr>
                <w:lang w:val="pl-PL"/>
              </w:rPr>
              <w:t>Współpracuję z innymi w zespole podczas ćwiczeń i zabaw.</w:t>
            </w:r>
          </w:p>
        </w:tc>
      </w:tr>
      <w:tr w:rsidR="00F4717C" w:rsidRPr="00255725" w14:paraId="25385A97" w14:textId="77777777">
        <w:tc>
          <w:tcPr>
            <w:tcW w:w="8640" w:type="dxa"/>
          </w:tcPr>
          <w:p w14:paraId="33E36457" w14:textId="77777777" w:rsidR="00F4717C" w:rsidRDefault="000F3D65" w:rsidP="008668A7">
            <w:pPr>
              <w:pStyle w:val="Akapitzlist"/>
              <w:numPr>
                <w:ilvl w:val="0"/>
                <w:numId w:val="14"/>
              </w:numPr>
              <w:rPr>
                <w:lang w:val="pl-PL"/>
              </w:rPr>
            </w:pPr>
            <w:r w:rsidRPr="008668A7">
              <w:rPr>
                <w:lang w:val="pl-PL"/>
              </w:rPr>
              <w:t>Stosuję zasady bezpieczeństwa podczas zajęć sportowych.</w:t>
            </w:r>
          </w:p>
          <w:p w14:paraId="2EA049C4" w14:textId="77777777" w:rsidR="00255725" w:rsidRDefault="00255725" w:rsidP="00255725">
            <w:pPr>
              <w:rPr>
                <w:lang w:val="pl-PL"/>
              </w:rPr>
            </w:pPr>
          </w:p>
          <w:p w14:paraId="4E483CF5" w14:textId="0B5AA5DF" w:rsidR="00255725" w:rsidRDefault="00255725" w:rsidP="00255725">
            <w:pPr>
              <w:rPr>
                <w:lang w:val="pl-PL"/>
              </w:rPr>
            </w:pPr>
            <w:r w:rsidRPr="00255725">
              <w:rPr>
                <w:color w:val="4F81BD" w:themeColor="accent1"/>
                <w:sz w:val="26"/>
                <w:szCs w:val="26"/>
                <w:lang w:val="pl-PL"/>
              </w:rPr>
              <w:t>Edukacja informatyczna</w:t>
            </w:r>
            <w:r>
              <w:rPr>
                <w:lang w:val="pl-PL"/>
              </w:rPr>
              <w:br/>
              <w:t>Wymagania edukacyjne</w:t>
            </w:r>
          </w:p>
          <w:p w14:paraId="2C67B7D1" w14:textId="77777777" w:rsidR="00255725" w:rsidRDefault="00255725" w:rsidP="00255725">
            <w:pPr>
              <w:pStyle w:val="NormalnyWeb"/>
            </w:pPr>
            <w:r>
              <w:rPr>
                <w:rFonts w:hAnsi="Symbol"/>
              </w:rPr>
              <w:t></w:t>
            </w:r>
            <w:r>
              <w:t xml:space="preserve">  Tworzę proste rysunki i napisy w programach komputerowych.</w:t>
            </w:r>
          </w:p>
          <w:p w14:paraId="2203A56B" w14:textId="77777777" w:rsidR="00255725" w:rsidRDefault="00255725" w:rsidP="00255725">
            <w:pPr>
              <w:pStyle w:val="NormalnyWeb"/>
            </w:pPr>
            <w:r>
              <w:rPr>
                <w:rFonts w:hAnsi="Symbol"/>
              </w:rPr>
              <w:t></w:t>
            </w:r>
            <w:r>
              <w:t xml:space="preserve">  Wyszukuję informacje i treści edukacyjne w </w:t>
            </w:r>
            <w:proofErr w:type="spellStart"/>
            <w:r>
              <w:t>internecie</w:t>
            </w:r>
            <w:proofErr w:type="spellEnd"/>
            <w:r>
              <w:t xml:space="preserve"> pod opieką dorosłych.</w:t>
            </w:r>
          </w:p>
          <w:p w14:paraId="00EDC135" w14:textId="77777777" w:rsidR="00255725" w:rsidRDefault="00255725" w:rsidP="00255725">
            <w:pPr>
              <w:pStyle w:val="NormalnyWeb"/>
            </w:pPr>
            <w:r>
              <w:rPr>
                <w:rFonts w:hAnsi="Symbol"/>
              </w:rPr>
              <w:t></w:t>
            </w:r>
            <w:r>
              <w:t xml:space="preserve">  Zapisuję i odczytuję swoje prace na komputerze lub tablecie.</w:t>
            </w:r>
          </w:p>
          <w:p w14:paraId="3C19BEBC" w14:textId="77777777" w:rsidR="00255725" w:rsidRDefault="00255725" w:rsidP="00255725">
            <w:pPr>
              <w:pStyle w:val="NormalnyWeb"/>
            </w:pPr>
            <w:r>
              <w:rPr>
                <w:rFonts w:hAnsi="Symbol"/>
              </w:rPr>
              <w:t></w:t>
            </w:r>
            <w:r>
              <w:t xml:space="preserve">  Stosuję zasady bezpiecznego logowania się do programów i gier edukacyjnych.</w:t>
            </w:r>
          </w:p>
          <w:p w14:paraId="5FFA6D1A" w14:textId="21B49908" w:rsidR="00255725" w:rsidRPr="00255725" w:rsidRDefault="00255725" w:rsidP="00255725">
            <w:pPr>
              <w:rPr>
                <w:lang w:val="pl-PL"/>
              </w:rPr>
            </w:pPr>
          </w:p>
        </w:tc>
      </w:tr>
    </w:tbl>
    <w:p w14:paraId="7DF81E3B" w14:textId="77777777" w:rsidR="00F4717C" w:rsidRPr="008668A7" w:rsidRDefault="00F4717C">
      <w:pPr>
        <w:rPr>
          <w:lang w:val="pl-PL"/>
        </w:rPr>
      </w:pPr>
    </w:p>
    <w:sectPr w:rsidR="00F4717C" w:rsidRPr="008668A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141012"/>
    <w:multiLevelType w:val="hybridMultilevel"/>
    <w:tmpl w:val="5FFCA7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E70A39"/>
    <w:multiLevelType w:val="hybridMultilevel"/>
    <w:tmpl w:val="C34CE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9B61F3"/>
    <w:multiLevelType w:val="hybridMultilevel"/>
    <w:tmpl w:val="CD62A0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9C4F0F"/>
    <w:multiLevelType w:val="hybridMultilevel"/>
    <w:tmpl w:val="59F0BE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A7B3E"/>
    <w:multiLevelType w:val="hybridMultilevel"/>
    <w:tmpl w:val="8F74F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9"/>
  </w:num>
  <w:num w:numId="12">
    <w:abstractNumId w:val="11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3D65"/>
    <w:rsid w:val="0015074B"/>
    <w:rsid w:val="00255725"/>
    <w:rsid w:val="0029639D"/>
    <w:rsid w:val="002C02FC"/>
    <w:rsid w:val="00326F90"/>
    <w:rsid w:val="008668A7"/>
    <w:rsid w:val="00AA1D8D"/>
    <w:rsid w:val="00B3054C"/>
    <w:rsid w:val="00B47730"/>
    <w:rsid w:val="00B50C16"/>
    <w:rsid w:val="00CB0664"/>
    <w:rsid w:val="00F471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3075B1"/>
  <w14:defaultImageDpi w14:val="300"/>
  <w15:docId w15:val="{22179DF1-86F3-FF4E-A55C-91F07DAC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2C0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Mitelska Karolina</cp:lastModifiedBy>
  <cp:revision>2</cp:revision>
  <dcterms:created xsi:type="dcterms:W3CDTF">2026-09-08T04:32:00Z</dcterms:created>
  <dcterms:modified xsi:type="dcterms:W3CDTF">2026-09-08T04:32:00Z</dcterms:modified>
  <cp:category/>
</cp:coreProperties>
</file>